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3D3DA" w14:textId="61FA5A17" w:rsidR="003B58BE" w:rsidRPr="0038783C" w:rsidRDefault="000069DF" w:rsidP="0038783C">
      <w:pPr>
        <w:jc w:val="center"/>
        <w:rPr>
          <w:rFonts w:asciiTheme="majorHAnsi" w:hAnsiTheme="majorHAnsi" w:cstheme="majorHAnsi"/>
          <w:b/>
          <w:color w:val="004F4F"/>
          <w:sz w:val="36"/>
        </w:rPr>
      </w:pPr>
      <w:r>
        <w:rPr>
          <w:rFonts w:asciiTheme="majorHAnsi" w:hAnsiTheme="majorHAnsi" w:cstheme="majorHAnsi"/>
          <w:b/>
          <w:color w:val="004F4F"/>
          <w:sz w:val="36"/>
        </w:rPr>
        <w:br/>
      </w:r>
      <w:r w:rsidR="0010414C" w:rsidRPr="00531B1C">
        <w:rPr>
          <w:rFonts w:asciiTheme="majorHAnsi" w:hAnsiTheme="majorHAnsi" w:cstheme="majorHAnsi"/>
          <w:b/>
          <w:color w:val="004F4F"/>
          <w:sz w:val="36"/>
        </w:rPr>
        <w:t>E</w:t>
      </w:r>
      <w:r w:rsidR="005C4C69">
        <w:rPr>
          <w:rFonts w:asciiTheme="majorHAnsi" w:hAnsiTheme="majorHAnsi" w:cstheme="majorHAnsi"/>
          <w:b/>
          <w:color w:val="004F4F"/>
          <w:sz w:val="36"/>
        </w:rPr>
        <w:t>LE 2027: E</w:t>
      </w:r>
      <w:r w:rsidR="0010414C" w:rsidRPr="00531B1C">
        <w:rPr>
          <w:rFonts w:asciiTheme="majorHAnsi" w:hAnsiTheme="majorHAnsi" w:cstheme="majorHAnsi"/>
          <w:b/>
          <w:color w:val="004F4F"/>
          <w:sz w:val="36"/>
        </w:rPr>
        <w:t>XPLORING LANGUAGE EDUCATION</w:t>
      </w:r>
      <w:r>
        <w:rPr>
          <w:rFonts w:asciiTheme="majorHAnsi" w:hAnsiTheme="majorHAnsi" w:cstheme="majorHAnsi"/>
          <w:b/>
          <w:color w:val="004F4F"/>
          <w:sz w:val="36"/>
        </w:rPr>
        <w:br/>
      </w:r>
      <w:r w:rsidR="0010414C" w:rsidRPr="00531B1C">
        <w:rPr>
          <w:rFonts w:asciiTheme="majorHAnsi" w:hAnsiTheme="majorHAnsi" w:cstheme="majorHAnsi"/>
          <w:b/>
          <w:color w:val="004F4F"/>
          <w:sz w:val="36"/>
        </w:rPr>
        <w:t>Template</w:t>
      </w:r>
      <w:r>
        <w:rPr>
          <w:rFonts w:asciiTheme="majorHAnsi" w:hAnsiTheme="majorHAnsi" w:cstheme="majorHAnsi"/>
          <w:b/>
          <w:color w:val="004F4F"/>
          <w:sz w:val="36"/>
        </w:rPr>
        <w:t xml:space="preserve"> for submission of abstract for paper presentation </w:t>
      </w:r>
    </w:p>
    <w:p w14:paraId="32B30F90" w14:textId="06417DE3" w:rsidR="003B58BE" w:rsidRDefault="0010414C">
      <w:pPr>
        <w:rPr>
          <w:rFonts w:asciiTheme="majorHAnsi" w:hAnsiTheme="majorHAnsi" w:cstheme="majorHAnsi"/>
        </w:rPr>
      </w:pPr>
      <w:r w:rsidRPr="00531B1C">
        <w:rPr>
          <w:rFonts w:asciiTheme="majorHAnsi" w:hAnsiTheme="majorHAnsi" w:cstheme="majorHAnsi"/>
        </w:rPr>
        <w:t>Please complete all sections in English.</w:t>
      </w:r>
    </w:p>
    <w:p w14:paraId="66759BEE" w14:textId="373952D2" w:rsidR="00046566" w:rsidRDefault="00046566">
      <w:pPr>
        <w:rPr>
          <w:rFonts w:asciiTheme="majorHAnsi" w:hAnsiTheme="majorHAnsi" w:cstheme="majorHAnsi"/>
        </w:rPr>
      </w:pPr>
      <w:r w:rsidRPr="00531B1C">
        <w:rPr>
          <w:rFonts w:asciiTheme="majorHAnsi" w:hAnsiTheme="majorHAnsi" w:cstheme="majorHAnsi"/>
          <w:b/>
        </w:rPr>
        <w:t>Conference information</w:t>
      </w:r>
      <w:r w:rsidRPr="00531B1C">
        <w:rPr>
          <w:rFonts w:asciiTheme="majorHAnsi" w:hAnsiTheme="majorHAnsi" w:cstheme="majorHAnsi"/>
        </w:rPr>
        <w:br/>
        <w:t>Abstract deadline: 1 December 2026</w:t>
      </w:r>
      <w:r w:rsidRPr="00531B1C">
        <w:rPr>
          <w:rFonts w:asciiTheme="majorHAnsi" w:hAnsiTheme="majorHAnsi" w:cstheme="majorHAnsi"/>
        </w:rPr>
        <w:br/>
        <w:t>Notification of review results: 1 February 2027</w:t>
      </w:r>
    </w:p>
    <w:p w14:paraId="695BE203" w14:textId="2241A9A4" w:rsidR="00CE5EA8" w:rsidRPr="00CE5EA8" w:rsidRDefault="00CE5EA8">
      <w:pPr>
        <w:rPr>
          <w:rFonts w:asciiTheme="majorHAnsi" w:hAnsiTheme="majorHAnsi" w:cstheme="majorHAnsi"/>
          <w:b/>
        </w:rPr>
      </w:pPr>
      <w:r w:rsidRPr="00531B1C">
        <w:rPr>
          <w:rFonts w:asciiTheme="majorHAnsi" w:hAnsiTheme="majorHAnsi" w:cstheme="majorHAnsi"/>
          <w:b/>
        </w:rPr>
        <w:t>Abstract</w:t>
      </w:r>
    </w:p>
    <w:tbl>
      <w:tblPr>
        <w:tblStyle w:val="Tabel-Gitter"/>
        <w:tblW w:w="10185" w:type="dxa"/>
        <w:tblLook w:val="04A0" w:firstRow="1" w:lastRow="0" w:firstColumn="1" w:lastColumn="0" w:noHBand="0" w:noVBand="1"/>
      </w:tblPr>
      <w:tblGrid>
        <w:gridCol w:w="2830"/>
        <w:gridCol w:w="7355"/>
      </w:tblGrid>
      <w:tr w:rsidR="003B58BE" w:rsidRPr="00531B1C" w14:paraId="0CF96A6F" w14:textId="77777777" w:rsidTr="000069DF">
        <w:trPr>
          <w:trHeight w:val="1178"/>
        </w:trPr>
        <w:tc>
          <w:tcPr>
            <w:tcW w:w="2830" w:type="dxa"/>
          </w:tcPr>
          <w:p w14:paraId="223330D4" w14:textId="3D05D3BA" w:rsidR="003B58BE" w:rsidRPr="00531B1C" w:rsidRDefault="0010414C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Title of</w:t>
            </w:r>
            <w:r w:rsidR="00244E25">
              <w:rPr>
                <w:rFonts w:asciiTheme="majorHAnsi" w:hAnsiTheme="majorHAnsi" w:cstheme="majorHAnsi"/>
              </w:rPr>
              <w:t xml:space="preserve"> paper</w:t>
            </w:r>
            <w:r w:rsidRPr="00531B1C">
              <w:rPr>
                <w:rFonts w:asciiTheme="majorHAnsi" w:hAnsiTheme="majorHAnsi" w:cstheme="majorHAnsi"/>
              </w:rPr>
              <w:t xml:space="preserve"> </w:t>
            </w:r>
            <w:r w:rsidR="00CE0BFE">
              <w:rPr>
                <w:rFonts w:asciiTheme="majorHAnsi" w:hAnsiTheme="majorHAnsi" w:cstheme="majorHAnsi"/>
              </w:rPr>
              <w:t>presentation</w:t>
            </w:r>
          </w:p>
        </w:tc>
        <w:tc>
          <w:tcPr>
            <w:tcW w:w="7355" w:type="dxa"/>
          </w:tcPr>
          <w:p w14:paraId="20E504E4" w14:textId="77777777" w:rsidR="003B58BE" w:rsidRPr="00531B1C" w:rsidRDefault="0010414C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</w:tc>
      </w:tr>
      <w:tr w:rsidR="003B58BE" w:rsidRPr="00531B1C" w14:paraId="039FA86B" w14:textId="77777777" w:rsidTr="000069DF">
        <w:trPr>
          <w:trHeight w:val="1112"/>
        </w:trPr>
        <w:tc>
          <w:tcPr>
            <w:tcW w:w="2830" w:type="dxa"/>
          </w:tcPr>
          <w:p w14:paraId="5774E25D" w14:textId="78C89840" w:rsidR="003B58BE" w:rsidRPr="00531B1C" w:rsidRDefault="0010414C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Author(s)</w:t>
            </w:r>
            <w:r w:rsidR="00046566">
              <w:rPr>
                <w:rFonts w:asciiTheme="majorHAnsi" w:hAnsiTheme="majorHAnsi" w:cstheme="majorHAnsi"/>
              </w:rPr>
              <w:t xml:space="preserve"> and A</w:t>
            </w:r>
            <w:r w:rsidR="00046566" w:rsidRPr="00531B1C">
              <w:rPr>
                <w:rFonts w:asciiTheme="majorHAnsi" w:hAnsiTheme="majorHAnsi" w:cstheme="majorHAnsi"/>
              </w:rPr>
              <w:t>ffiliation(s)</w:t>
            </w:r>
          </w:p>
        </w:tc>
        <w:tc>
          <w:tcPr>
            <w:tcW w:w="7355" w:type="dxa"/>
          </w:tcPr>
          <w:p w14:paraId="5A32F205" w14:textId="77777777" w:rsidR="003B58BE" w:rsidRDefault="0010414C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>[Enter information here]</w:t>
            </w:r>
          </w:p>
          <w:p w14:paraId="69AC4F0F" w14:textId="2E2E9B4A" w:rsidR="00846524" w:rsidRPr="00531B1C" w:rsidRDefault="00846524" w:rsidP="00846524">
            <w:pPr>
              <w:rPr>
                <w:rFonts w:asciiTheme="majorHAnsi" w:hAnsiTheme="majorHAnsi" w:cstheme="majorHAnsi"/>
              </w:rPr>
            </w:pPr>
          </w:p>
          <w:p w14:paraId="3A1CF2E9" w14:textId="4E899EEC" w:rsidR="0044188B" w:rsidRPr="00531B1C" w:rsidRDefault="0044188B">
            <w:pPr>
              <w:rPr>
                <w:rFonts w:asciiTheme="majorHAnsi" w:hAnsiTheme="majorHAnsi" w:cstheme="majorHAnsi"/>
              </w:rPr>
            </w:pPr>
          </w:p>
        </w:tc>
      </w:tr>
    </w:tbl>
    <w:p w14:paraId="1C4148B6" w14:textId="77777777" w:rsidR="00046566" w:rsidRDefault="00046566">
      <w:pPr>
        <w:rPr>
          <w:rFonts w:asciiTheme="majorHAnsi" w:hAnsiTheme="majorHAnsi" w:cstheme="majorHAnsi"/>
          <w:b/>
        </w:rPr>
      </w:pPr>
    </w:p>
    <w:p w14:paraId="7E2D28B2" w14:textId="6E89AA8E" w:rsidR="00046566" w:rsidRPr="00253097" w:rsidRDefault="00755309">
      <w:pPr>
        <w:rPr>
          <w:rFonts w:asciiTheme="majorHAnsi" w:hAnsiTheme="majorHAnsi" w:cstheme="majorHAnsi"/>
          <w:b/>
          <w:sz w:val="28"/>
          <w:szCs w:val="28"/>
        </w:rPr>
      </w:pPr>
      <w:r w:rsidRPr="00253097">
        <w:rPr>
          <w:rFonts w:asciiTheme="majorHAnsi" w:hAnsiTheme="majorHAnsi" w:cstheme="majorHAnsi"/>
          <w:b/>
          <w:sz w:val="28"/>
          <w:szCs w:val="28"/>
        </w:rPr>
        <w:t>Abstracts for paper presentations should be no longer than 300 words, excluding references</w:t>
      </w:r>
      <w:r w:rsidR="006D1CE4">
        <w:rPr>
          <w:rFonts w:asciiTheme="majorHAnsi" w:hAnsiTheme="majorHAnsi" w:cstheme="majorHAnsi"/>
          <w:b/>
          <w:sz w:val="28"/>
          <w:szCs w:val="28"/>
        </w:rPr>
        <w:t xml:space="preserve">: </w:t>
      </w:r>
    </w:p>
    <w:tbl>
      <w:tblPr>
        <w:tblStyle w:val="Tabel-Gitter"/>
        <w:tblW w:w="10017" w:type="dxa"/>
        <w:tblLook w:val="04A0" w:firstRow="1" w:lastRow="0" w:firstColumn="1" w:lastColumn="0" w:noHBand="0" w:noVBand="1"/>
      </w:tblPr>
      <w:tblGrid>
        <w:gridCol w:w="10017"/>
      </w:tblGrid>
      <w:tr w:rsidR="00B50680" w:rsidRPr="00531B1C" w14:paraId="43380876" w14:textId="77777777" w:rsidTr="00B50680">
        <w:trPr>
          <w:trHeight w:val="5294"/>
        </w:trPr>
        <w:tc>
          <w:tcPr>
            <w:tcW w:w="10017" w:type="dxa"/>
          </w:tcPr>
          <w:p w14:paraId="483FB5FF" w14:textId="6304C852" w:rsidR="007E7D94" w:rsidRDefault="007E7D94" w:rsidP="007E7D94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 xml:space="preserve">[Enter </w:t>
            </w:r>
            <w:r w:rsidR="000D4C57">
              <w:rPr>
                <w:rFonts w:asciiTheme="majorHAnsi" w:hAnsiTheme="majorHAnsi" w:cstheme="majorHAnsi"/>
              </w:rPr>
              <w:t xml:space="preserve">text </w:t>
            </w:r>
            <w:r w:rsidRPr="00531B1C">
              <w:rPr>
                <w:rFonts w:asciiTheme="majorHAnsi" w:hAnsiTheme="majorHAnsi" w:cstheme="majorHAnsi"/>
              </w:rPr>
              <w:t>here]</w:t>
            </w:r>
          </w:p>
          <w:p w14:paraId="5B2F5FC7" w14:textId="6749DF1C" w:rsidR="00B22673" w:rsidRPr="00B22EC3" w:rsidRDefault="00B22673" w:rsidP="00B22673">
            <w:pPr>
              <w:rPr>
                <w:rFonts w:asciiTheme="majorHAnsi" w:hAnsiTheme="majorHAnsi" w:cstheme="majorHAnsi"/>
              </w:rPr>
            </w:pPr>
          </w:p>
        </w:tc>
      </w:tr>
    </w:tbl>
    <w:p w14:paraId="329534C4" w14:textId="77777777" w:rsidR="00046566" w:rsidRDefault="00046566">
      <w:pPr>
        <w:rPr>
          <w:rFonts w:asciiTheme="majorHAnsi" w:hAnsiTheme="majorHAnsi" w:cstheme="majorHAnsi"/>
        </w:rPr>
      </w:pPr>
    </w:p>
    <w:p w14:paraId="5BCB075E" w14:textId="77777777" w:rsidR="00B50680" w:rsidRDefault="00B50680">
      <w:pPr>
        <w:rPr>
          <w:rFonts w:asciiTheme="majorHAnsi" w:hAnsiTheme="majorHAnsi" w:cstheme="majorHAnsi"/>
          <w:b/>
          <w:sz w:val="28"/>
          <w:szCs w:val="28"/>
        </w:rPr>
      </w:pPr>
    </w:p>
    <w:p w14:paraId="2539945E" w14:textId="77777777" w:rsidR="00B50680" w:rsidRDefault="00B50680">
      <w:pPr>
        <w:rPr>
          <w:rFonts w:asciiTheme="majorHAnsi" w:hAnsiTheme="majorHAnsi" w:cstheme="majorHAnsi"/>
          <w:b/>
          <w:sz w:val="28"/>
          <w:szCs w:val="28"/>
        </w:rPr>
      </w:pPr>
    </w:p>
    <w:p w14:paraId="166B6215" w14:textId="77777777" w:rsidR="00B50680" w:rsidRDefault="00B50680">
      <w:pPr>
        <w:rPr>
          <w:rFonts w:asciiTheme="majorHAnsi" w:hAnsiTheme="majorHAnsi" w:cstheme="majorHAnsi"/>
          <w:b/>
          <w:sz w:val="28"/>
          <w:szCs w:val="28"/>
        </w:rPr>
      </w:pPr>
    </w:p>
    <w:p w14:paraId="020D284D" w14:textId="2CFD8F33" w:rsidR="00244E25" w:rsidRDefault="006D1CE4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References: </w:t>
      </w:r>
    </w:p>
    <w:tbl>
      <w:tblPr>
        <w:tblStyle w:val="Tabel-Gitter"/>
        <w:tblW w:w="10240" w:type="dxa"/>
        <w:tblLook w:val="04A0" w:firstRow="1" w:lastRow="0" w:firstColumn="1" w:lastColumn="0" w:noHBand="0" w:noVBand="1"/>
      </w:tblPr>
      <w:tblGrid>
        <w:gridCol w:w="10240"/>
      </w:tblGrid>
      <w:tr w:rsidR="00B50680" w:rsidRPr="00531B1C" w14:paraId="54D0A8B2" w14:textId="77777777" w:rsidTr="00B50680">
        <w:trPr>
          <w:trHeight w:val="6703"/>
        </w:trPr>
        <w:tc>
          <w:tcPr>
            <w:tcW w:w="10240" w:type="dxa"/>
          </w:tcPr>
          <w:p w14:paraId="19717545" w14:textId="1D155893" w:rsidR="007E7D94" w:rsidRDefault="007E7D94" w:rsidP="007E7D94">
            <w:pPr>
              <w:rPr>
                <w:rFonts w:asciiTheme="majorHAnsi" w:hAnsiTheme="majorHAnsi" w:cstheme="majorHAnsi"/>
              </w:rPr>
            </w:pPr>
            <w:r w:rsidRPr="00531B1C">
              <w:rPr>
                <w:rFonts w:asciiTheme="majorHAnsi" w:hAnsiTheme="majorHAnsi" w:cstheme="majorHAnsi"/>
              </w:rPr>
              <w:t xml:space="preserve">[Enter </w:t>
            </w:r>
            <w:r w:rsidR="000D4C57">
              <w:rPr>
                <w:rFonts w:asciiTheme="majorHAnsi" w:hAnsiTheme="majorHAnsi" w:cstheme="majorHAnsi"/>
              </w:rPr>
              <w:t>references</w:t>
            </w:r>
            <w:r w:rsidRPr="00531B1C">
              <w:rPr>
                <w:rFonts w:asciiTheme="majorHAnsi" w:hAnsiTheme="majorHAnsi" w:cstheme="majorHAnsi"/>
              </w:rPr>
              <w:t xml:space="preserve"> here]</w:t>
            </w:r>
          </w:p>
          <w:p w14:paraId="3F0592F4" w14:textId="6C051131" w:rsidR="00B50680" w:rsidRPr="00531B1C" w:rsidRDefault="00B50680" w:rsidP="00977A56">
            <w:pPr>
              <w:rPr>
                <w:rFonts w:asciiTheme="majorHAnsi" w:hAnsiTheme="majorHAnsi" w:cstheme="majorHAnsi"/>
              </w:rPr>
            </w:pPr>
          </w:p>
        </w:tc>
      </w:tr>
    </w:tbl>
    <w:p w14:paraId="3A4786FB" w14:textId="77777777" w:rsidR="00B50680" w:rsidRPr="00531B1C" w:rsidRDefault="00B50680">
      <w:pPr>
        <w:rPr>
          <w:rFonts w:asciiTheme="majorHAnsi" w:hAnsiTheme="majorHAnsi" w:cstheme="majorHAnsi"/>
        </w:rPr>
      </w:pPr>
    </w:p>
    <w:sectPr w:rsidR="00B50680" w:rsidRPr="00531B1C" w:rsidSect="00CE5EA8">
      <w:pgSz w:w="12240" w:h="15840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0167069">
    <w:abstractNumId w:val="8"/>
  </w:num>
  <w:num w:numId="2" w16cid:durableId="209998803">
    <w:abstractNumId w:val="6"/>
  </w:num>
  <w:num w:numId="3" w16cid:durableId="1338003797">
    <w:abstractNumId w:val="5"/>
  </w:num>
  <w:num w:numId="4" w16cid:durableId="1091121560">
    <w:abstractNumId w:val="4"/>
  </w:num>
  <w:num w:numId="5" w16cid:durableId="1044406550">
    <w:abstractNumId w:val="7"/>
  </w:num>
  <w:num w:numId="6" w16cid:durableId="1108739231">
    <w:abstractNumId w:val="3"/>
  </w:num>
  <w:num w:numId="7" w16cid:durableId="517429142">
    <w:abstractNumId w:val="2"/>
  </w:num>
  <w:num w:numId="8" w16cid:durableId="1613904229">
    <w:abstractNumId w:val="1"/>
  </w:num>
  <w:num w:numId="9" w16cid:durableId="124198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9DF"/>
    <w:rsid w:val="00034616"/>
    <w:rsid w:val="00046566"/>
    <w:rsid w:val="0006063C"/>
    <w:rsid w:val="000D4C57"/>
    <w:rsid w:val="0010414C"/>
    <w:rsid w:val="00121622"/>
    <w:rsid w:val="001363D0"/>
    <w:rsid w:val="0015074B"/>
    <w:rsid w:val="00244E25"/>
    <w:rsid w:val="00253097"/>
    <w:rsid w:val="0029639D"/>
    <w:rsid w:val="00326F90"/>
    <w:rsid w:val="00352760"/>
    <w:rsid w:val="0038783C"/>
    <w:rsid w:val="003B58BE"/>
    <w:rsid w:val="003C44DE"/>
    <w:rsid w:val="0044188B"/>
    <w:rsid w:val="00531B1C"/>
    <w:rsid w:val="005C4C69"/>
    <w:rsid w:val="00626794"/>
    <w:rsid w:val="006D1CE4"/>
    <w:rsid w:val="00726E49"/>
    <w:rsid w:val="00735982"/>
    <w:rsid w:val="00755309"/>
    <w:rsid w:val="00795B53"/>
    <w:rsid w:val="007C2E7C"/>
    <w:rsid w:val="007E7D94"/>
    <w:rsid w:val="00822C93"/>
    <w:rsid w:val="00846524"/>
    <w:rsid w:val="00996CB1"/>
    <w:rsid w:val="00AA1D8D"/>
    <w:rsid w:val="00AA5000"/>
    <w:rsid w:val="00B22673"/>
    <w:rsid w:val="00B22EC3"/>
    <w:rsid w:val="00B47730"/>
    <w:rsid w:val="00B50680"/>
    <w:rsid w:val="00BD4D5A"/>
    <w:rsid w:val="00CB0664"/>
    <w:rsid w:val="00CE0BFE"/>
    <w:rsid w:val="00CE5EA8"/>
    <w:rsid w:val="00ED1FFE"/>
    <w:rsid w:val="00F01FC8"/>
    <w:rsid w:val="00F45D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B0B46612-6792-4A87-98B7-491E96BC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D94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FFEF82C8A61E41815DB7312F67C9FF" ma:contentTypeVersion="18" ma:contentTypeDescription="Opret et nyt dokument." ma:contentTypeScope="" ma:versionID="3e565d9473e891176b4e57b923e6f320">
  <xsd:schema xmlns:xsd="http://www.w3.org/2001/XMLSchema" xmlns:xs="http://www.w3.org/2001/XMLSchema" xmlns:p="http://schemas.microsoft.com/office/2006/metadata/properties" xmlns:ns2="8dcee066-3a34-4e8c-a93c-3be82b049706" xmlns:ns3="49f78d69-f27c-4dfc-b36e-9568fb6f63d0" targetNamespace="http://schemas.microsoft.com/office/2006/metadata/properties" ma:root="true" ma:fieldsID="213dd8face38d1dfc0eef09564e2ec99" ns2:_="" ns3:_="">
    <xsd:import namespace="8dcee066-3a34-4e8c-a93c-3be82b049706"/>
    <xsd:import namespace="49f78d69-f27c-4dfc-b36e-9568fb6f63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Herkanbudget_x002d_og_x00f8_konomiansvarligefindes" minOccurs="0"/>
                <xsd:element ref="ns2:R_x00e6_kkef_x00f8_l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ee066-3a34-4e8c-a93c-3be82b0497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cb3522e8-ca11-4ca5-941d-257a03f87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erkanbudget_x002d_og_x00f8_konomiansvarligefindes" ma:index="23" nillable="true" ma:displayName="Information" ma:format="Dropdown" ma:internalName="Herkanbudget_x002d_og_x00f8_konomiansvarligefindes">
      <xsd:simpleType>
        <xsd:restriction base="dms:Text">
          <xsd:maxLength value="255"/>
        </xsd:restriction>
      </xsd:simpleType>
    </xsd:element>
    <xsd:element name="R_x00e6_kkef_x00f8_lge" ma:index="24" nillable="true" ma:displayName="Rækkefølge" ma:format="Dropdown" ma:internalName="R_x00e6_kkef_x00f8_lg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78d69-f27c-4dfc-b36e-9568fb6f63d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2a3e7f1-bd3d-4d90-9f7c-23f6b3d89a0a}" ma:internalName="TaxCatchAll" ma:showField="CatchAllData" ma:web="49f78d69-f27c-4dfc-b36e-9568fb6f63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_x00e6_kkef_x00f8_lge xmlns="8dcee066-3a34-4e8c-a93c-3be82b049706" xsi:nil="true"/>
    <TaxCatchAll xmlns="49f78d69-f27c-4dfc-b36e-9568fb6f63d0" xsi:nil="true"/>
    <lcf76f155ced4ddcb4097134ff3c332f xmlns="8dcee066-3a34-4e8c-a93c-3be82b049706">
      <Terms xmlns="http://schemas.microsoft.com/office/infopath/2007/PartnerControls"/>
    </lcf76f155ced4ddcb4097134ff3c332f>
    <Herkanbudget_x002d_og_x00f8_konomiansvarligefindes xmlns="8dcee066-3a34-4e8c-a93c-3be82b049706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BC477C-CA17-4718-BCEE-15ED31B1E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ee066-3a34-4e8c-a93c-3be82b049706"/>
    <ds:schemaRef ds:uri="49f78d69-f27c-4dfc-b36e-9568fb6f63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DA9A14-C036-4233-B2C4-A66420F5B8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83C65F-CA38-48BC-92B4-D2D5BEC30E39}">
  <ds:schemaRefs>
    <ds:schemaRef ds:uri="http://schemas.microsoft.com/office/2006/metadata/properties"/>
    <ds:schemaRef ds:uri="http://schemas.microsoft.com/office/infopath/2007/PartnerControls"/>
    <ds:schemaRef ds:uri="8dcee066-3a34-4e8c-a93c-3be82b049706"/>
    <ds:schemaRef ds:uri="49f78d69-f27c-4dfc-b36e-9568fb6f63d0"/>
  </ds:schemaRefs>
</ds:datastoreItem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Thinggaard Madsen (ATHI) | VIA</dc:creator>
  <cp:keywords/>
  <dc:description>generated by python-docx</dc:description>
  <cp:lastModifiedBy>Line Møller Daugaard</cp:lastModifiedBy>
  <cp:revision>2</cp:revision>
  <dcterms:created xsi:type="dcterms:W3CDTF">2026-09-30T07:38:00Z</dcterms:created>
  <dcterms:modified xsi:type="dcterms:W3CDTF">2026-09-30T07:38:00Z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0x01010047FFEF82C8A61E41815DB7312F67C9FF</vt:lpwstr>
  </property>
  <property fmtid="{D5CDD505-2E9C-101B-9397-08002B2CF9AE}" pid="3" name="MediaServiceImageTags">
    <vt:lpwstr/>
  </property>
</Properties>
</file>