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3D3DA" w14:textId="1F566F82" w:rsidR="003B58BE" w:rsidRPr="0038783C" w:rsidRDefault="004503B4" w:rsidP="0038783C">
      <w:pPr>
        <w:jc w:val="center"/>
        <w:rPr>
          <w:rFonts w:asciiTheme="majorHAnsi" w:hAnsiTheme="majorHAnsi" w:cstheme="majorHAnsi"/>
          <w:b/>
          <w:color w:val="004F4F"/>
          <w:sz w:val="36"/>
        </w:rPr>
      </w:pPr>
      <w:r>
        <w:rPr>
          <w:rFonts w:asciiTheme="majorHAnsi" w:hAnsiTheme="majorHAnsi" w:cstheme="majorHAnsi"/>
          <w:b/>
          <w:color w:val="004F4F"/>
          <w:sz w:val="36"/>
        </w:rPr>
        <w:br/>
      </w:r>
      <w:r w:rsidR="0010414C" w:rsidRPr="00531B1C">
        <w:rPr>
          <w:rFonts w:asciiTheme="majorHAnsi" w:hAnsiTheme="majorHAnsi" w:cstheme="majorHAnsi"/>
          <w:b/>
          <w:color w:val="004F4F"/>
          <w:sz w:val="36"/>
        </w:rPr>
        <w:t>E</w:t>
      </w:r>
      <w:r w:rsidR="0061707E">
        <w:rPr>
          <w:rFonts w:asciiTheme="majorHAnsi" w:hAnsiTheme="majorHAnsi" w:cstheme="majorHAnsi"/>
          <w:b/>
          <w:color w:val="004F4F"/>
          <w:sz w:val="36"/>
        </w:rPr>
        <w:t>LE 2027: E</w:t>
      </w:r>
      <w:r w:rsidR="0010414C" w:rsidRPr="00531B1C">
        <w:rPr>
          <w:rFonts w:asciiTheme="majorHAnsi" w:hAnsiTheme="majorHAnsi" w:cstheme="majorHAnsi"/>
          <w:b/>
          <w:color w:val="004F4F"/>
          <w:sz w:val="36"/>
        </w:rPr>
        <w:t xml:space="preserve">XPLORING LANGUAGE EDUCATION </w:t>
      </w:r>
      <w:r w:rsidR="00996CB1">
        <w:rPr>
          <w:rFonts w:asciiTheme="majorHAnsi" w:hAnsiTheme="majorHAnsi" w:cstheme="majorHAnsi"/>
          <w:b/>
          <w:color w:val="004F4F"/>
          <w:sz w:val="36"/>
        </w:rPr>
        <w:t xml:space="preserve"> </w:t>
      </w:r>
      <w:r>
        <w:rPr>
          <w:rFonts w:asciiTheme="majorHAnsi" w:hAnsiTheme="majorHAnsi" w:cstheme="majorHAnsi"/>
          <w:b/>
          <w:color w:val="004F4F"/>
          <w:sz w:val="36"/>
        </w:rPr>
        <w:br/>
        <w:t>Template for submission of abstract for s</w:t>
      </w:r>
      <w:r w:rsidR="00C53F1D">
        <w:rPr>
          <w:rFonts w:asciiTheme="majorHAnsi" w:hAnsiTheme="majorHAnsi" w:cstheme="majorHAnsi"/>
          <w:b/>
          <w:color w:val="004F4F"/>
          <w:sz w:val="36"/>
        </w:rPr>
        <w:t xml:space="preserve">ymposium </w:t>
      </w:r>
    </w:p>
    <w:p w14:paraId="32B30F90" w14:textId="06417DE3" w:rsidR="003B58BE" w:rsidRDefault="0010414C">
      <w:pPr>
        <w:rPr>
          <w:rFonts w:asciiTheme="majorHAnsi" w:hAnsiTheme="majorHAnsi" w:cstheme="majorHAnsi"/>
        </w:rPr>
      </w:pPr>
      <w:r w:rsidRPr="00531B1C">
        <w:rPr>
          <w:rFonts w:asciiTheme="majorHAnsi" w:hAnsiTheme="majorHAnsi" w:cstheme="majorHAnsi"/>
        </w:rPr>
        <w:t>Please complete all sections in English.</w:t>
      </w:r>
    </w:p>
    <w:p w14:paraId="66759BEE" w14:textId="373952D2" w:rsidR="00046566" w:rsidRDefault="00046566">
      <w:pPr>
        <w:rPr>
          <w:rFonts w:asciiTheme="majorHAnsi" w:hAnsiTheme="majorHAnsi" w:cstheme="majorHAnsi"/>
        </w:rPr>
      </w:pPr>
      <w:r w:rsidRPr="00531B1C">
        <w:rPr>
          <w:rFonts w:asciiTheme="majorHAnsi" w:hAnsiTheme="majorHAnsi" w:cstheme="majorHAnsi"/>
          <w:b/>
        </w:rPr>
        <w:t>Conference information</w:t>
      </w:r>
      <w:r w:rsidRPr="00531B1C">
        <w:rPr>
          <w:rFonts w:asciiTheme="majorHAnsi" w:hAnsiTheme="majorHAnsi" w:cstheme="majorHAnsi"/>
        </w:rPr>
        <w:br/>
        <w:t>Abstract deadline: 1 December 2026</w:t>
      </w:r>
      <w:r w:rsidRPr="00531B1C">
        <w:rPr>
          <w:rFonts w:asciiTheme="majorHAnsi" w:hAnsiTheme="majorHAnsi" w:cstheme="majorHAnsi"/>
        </w:rPr>
        <w:br/>
        <w:t>Notification of review results: 1 February 2027</w:t>
      </w:r>
    </w:p>
    <w:p w14:paraId="695BE203" w14:textId="36526622" w:rsidR="00CE5EA8" w:rsidRPr="00CE5EA8" w:rsidRDefault="004226FA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Symposium</w:t>
      </w:r>
    </w:p>
    <w:tbl>
      <w:tblPr>
        <w:tblStyle w:val="Tabel-Gitter"/>
        <w:tblW w:w="10021" w:type="dxa"/>
        <w:tblLook w:val="04A0" w:firstRow="1" w:lastRow="0" w:firstColumn="1" w:lastColumn="0" w:noHBand="0" w:noVBand="1"/>
      </w:tblPr>
      <w:tblGrid>
        <w:gridCol w:w="3328"/>
        <w:gridCol w:w="6693"/>
      </w:tblGrid>
      <w:tr w:rsidR="003B58BE" w:rsidRPr="00531B1C" w14:paraId="0CF96A6F" w14:textId="77777777" w:rsidTr="00F05B25">
        <w:trPr>
          <w:trHeight w:val="985"/>
        </w:trPr>
        <w:tc>
          <w:tcPr>
            <w:tcW w:w="3328" w:type="dxa"/>
          </w:tcPr>
          <w:p w14:paraId="223330D4" w14:textId="1B7B3B98" w:rsidR="003B58BE" w:rsidRPr="00531B1C" w:rsidRDefault="0010414C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Title of</w:t>
            </w:r>
            <w:r w:rsidR="00244E25">
              <w:rPr>
                <w:rFonts w:asciiTheme="majorHAnsi" w:hAnsiTheme="majorHAnsi" w:cstheme="majorHAnsi"/>
              </w:rPr>
              <w:t xml:space="preserve"> </w:t>
            </w:r>
            <w:r w:rsidR="004503B4">
              <w:rPr>
                <w:rFonts w:asciiTheme="majorHAnsi" w:hAnsiTheme="majorHAnsi" w:cstheme="majorHAnsi"/>
              </w:rPr>
              <w:t>s</w:t>
            </w:r>
            <w:r w:rsidR="004226FA">
              <w:rPr>
                <w:rFonts w:asciiTheme="majorHAnsi" w:hAnsiTheme="majorHAnsi" w:cstheme="majorHAnsi"/>
              </w:rPr>
              <w:t xml:space="preserve">ymposium </w:t>
            </w:r>
          </w:p>
        </w:tc>
        <w:tc>
          <w:tcPr>
            <w:tcW w:w="6693" w:type="dxa"/>
          </w:tcPr>
          <w:p w14:paraId="20E504E4" w14:textId="77777777" w:rsidR="003B58BE" w:rsidRPr="00531B1C" w:rsidRDefault="0010414C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</w:tc>
      </w:tr>
      <w:tr w:rsidR="003B58BE" w:rsidRPr="00531B1C" w14:paraId="039FA86B" w14:textId="77777777" w:rsidTr="00F05B25">
        <w:trPr>
          <w:trHeight w:val="930"/>
        </w:trPr>
        <w:tc>
          <w:tcPr>
            <w:tcW w:w="3328" w:type="dxa"/>
          </w:tcPr>
          <w:p w14:paraId="5774E25D" w14:textId="78C89840" w:rsidR="003B58BE" w:rsidRPr="00531B1C" w:rsidRDefault="0010414C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Author(s)</w:t>
            </w:r>
            <w:r w:rsidR="00046566">
              <w:rPr>
                <w:rFonts w:asciiTheme="majorHAnsi" w:hAnsiTheme="majorHAnsi" w:cstheme="majorHAnsi"/>
              </w:rPr>
              <w:t xml:space="preserve"> and A</w:t>
            </w:r>
            <w:r w:rsidR="00046566" w:rsidRPr="00531B1C">
              <w:rPr>
                <w:rFonts w:asciiTheme="majorHAnsi" w:hAnsiTheme="majorHAnsi" w:cstheme="majorHAnsi"/>
              </w:rPr>
              <w:t>ffiliation(s)</w:t>
            </w:r>
          </w:p>
        </w:tc>
        <w:tc>
          <w:tcPr>
            <w:tcW w:w="6693" w:type="dxa"/>
          </w:tcPr>
          <w:p w14:paraId="5A32F205" w14:textId="77777777" w:rsidR="003B58BE" w:rsidRDefault="0010414C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  <w:p w14:paraId="3A1CF2E9" w14:textId="07F133B7" w:rsidR="0044188B" w:rsidRPr="00531B1C" w:rsidRDefault="0044188B">
            <w:pPr>
              <w:rPr>
                <w:rFonts w:asciiTheme="majorHAnsi" w:hAnsiTheme="majorHAnsi" w:cstheme="majorHAnsi"/>
              </w:rPr>
            </w:pPr>
          </w:p>
        </w:tc>
      </w:tr>
    </w:tbl>
    <w:p w14:paraId="09C08A5B" w14:textId="77777777" w:rsidR="004226FA" w:rsidRPr="004226FA" w:rsidRDefault="004226FA" w:rsidP="004226FA">
      <w:pPr>
        <w:rPr>
          <w:rFonts w:asciiTheme="majorHAnsi" w:hAnsiTheme="majorHAnsi" w:cstheme="majorHAnsi"/>
          <w:b/>
          <w:sz w:val="28"/>
          <w:szCs w:val="28"/>
        </w:rPr>
      </w:pPr>
    </w:p>
    <w:p w14:paraId="7E2D28B2" w14:textId="6D6EF801" w:rsidR="00046566" w:rsidRPr="00253097" w:rsidRDefault="00A437F2" w:rsidP="00A437F2">
      <w:pPr>
        <w:rPr>
          <w:rFonts w:asciiTheme="majorHAnsi" w:hAnsiTheme="majorHAnsi" w:cstheme="majorHAnsi"/>
          <w:b/>
          <w:sz w:val="28"/>
          <w:szCs w:val="28"/>
        </w:rPr>
      </w:pPr>
      <w:r w:rsidRPr="00A437F2">
        <w:rPr>
          <w:rFonts w:asciiTheme="majorHAnsi" w:hAnsiTheme="majorHAnsi" w:cstheme="majorHAnsi"/>
          <w:b/>
          <w:sz w:val="28"/>
          <w:szCs w:val="28"/>
        </w:rPr>
        <w:t xml:space="preserve">The overall description should describe the organization of the symposium and the number of presentations involved as well as name and affiliation of discussant, if a discussant is included. The overall description should not exceed 400 words, excluding references. </w:t>
      </w:r>
    </w:p>
    <w:tbl>
      <w:tblPr>
        <w:tblStyle w:val="Tabel-Gitter"/>
        <w:tblW w:w="10017" w:type="dxa"/>
        <w:tblLook w:val="04A0" w:firstRow="1" w:lastRow="0" w:firstColumn="1" w:lastColumn="0" w:noHBand="0" w:noVBand="1"/>
      </w:tblPr>
      <w:tblGrid>
        <w:gridCol w:w="10017"/>
      </w:tblGrid>
      <w:tr w:rsidR="00B50680" w:rsidRPr="00531B1C" w14:paraId="43380876" w14:textId="77777777" w:rsidTr="00B50680">
        <w:trPr>
          <w:trHeight w:val="5294"/>
        </w:trPr>
        <w:tc>
          <w:tcPr>
            <w:tcW w:w="10017" w:type="dxa"/>
          </w:tcPr>
          <w:p w14:paraId="483FB5FF" w14:textId="4983D420" w:rsidR="007E7D94" w:rsidRDefault="007E7D94" w:rsidP="007E7D94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 xml:space="preserve">[Enter </w:t>
            </w:r>
            <w:r w:rsidR="003E2C0B">
              <w:rPr>
                <w:rFonts w:asciiTheme="majorHAnsi" w:hAnsiTheme="majorHAnsi" w:cstheme="majorHAnsi"/>
              </w:rPr>
              <w:t xml:space="preserve">overall symposium </w:t>
            </w:r>
            <w:r w:rsidR="00C17B2F">
              <w:rPr>
                <w:rFonts w:asciiTheme="majorHAnsi" w:hAnsiTheme="majorHAnsi" w:cstheme="majorHAnsi"/>
              </w:rPr>
              <w:t>text</w:t>
            </w:r>
            <w:r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5B2F5FC7" w14:textId="34AF6844" w:rsidR="00B50680" w:rsidRPr="007E7D94" w:rsidRDefault="00B50680" w:rsidP="00977A56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</w:tbl>
    <w:p w14:paraId="329534C4" w14:textId="77777777" w:rsidR="00046566" w:rsidRDefault="00046566">
      <w:pPr>
        <w:rPr>
          <w:rFonts w:asciiTheme="majorHAnsi" w:hAnsiTheme="majorHAnsi" w:cstheme="majorHAnsi"/>
        </w:rPr>
      </w:pPr>
    </w:p>
    <w:p w14:paraId="5BCB075E" w14:textId="77777777" w:rsidR="00B50680" w:rsidRDefault="00B50680">
      <w:pPr>
        <w:rPr>
          <w:rFonts w:asciiTheme="majorHAnsi" w:hAnsiTheme="majorHAnsi" w:cstheme="majorHAnsi"/>
          <w:b/>
          <w:sz w:val="28"/>
          <w:szCs w:val="28"/>
        </w:rPr>
      </w:pPr>
    </w:p>
    <w:p w14:paraId="020D284D" w14:textId="2CFD8F33" w:rsidR="00244E25" w:rsidRDefault="006D1CE4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 xml:space="preserve">References: </w:t>
      </w:r>
    </w:p>
    <w:tbl>
      <w:tblPr>
        <w:tblStyle w:val="Tabel-Gitter"/>
        <w:tblW w:w="10240" w:type="dxa"/>
        <w:tblLook w:val="04A0" w:firstRow="1" w:lastRow="0" w:firstColumn="1" w:lastColumn="0" w:noHBand="0" w:noVBand="1"/>
      </w:tblPr>
      <w:tblGrid>
        <w:gridCol w:w="10240"/>
      </w:tblGrid>
      <w:tr w:rsidR="00B50680" w:rsidRPr="00531B1C" w14:paraId="54D0A8B2" w14:textId="77777777" w:rsidTr="00B50680">
        <w:trPr>
          <w:trHeight w:val="6703"/>
        </w:trPr>
        <w:tc>
          <w:tcPr>
            <w:tcW w:w="10240" w:type="dxa"/>
          </w:tcPr>
          <w:p w14:paraId="19717545" w14:textId="21FA49B6" w:rsidR="007E7D94" w:rsidRDefault="007E7D94" w:rsidP="007E7D94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 xml:space="preserve">[Enter </w:t>
            </w:r>
            <w:r w:rsidR="00061F7C">
              <w:rPr>
                <w:rFonts w:asciiTheme="majorHAnsi" w:hAnsiTheme="majorHAnsi" w:cstheme="majorHAnsi"/>
              </w:rPr>
              <w:t>references</w:t>
            </w:r>
            <w:r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3F0592F4" w14:textId="6C051131" w:rsidR="00B50680" w:rsidRPr="00531B1C" w:rsidRDefault="00B50680" w:rsidP="00977A56">
            <w:pPr>
              <w:rPr>
                <w:rFonts w:asciiTheme="majorHAnsi" w:hAnsiTheme="majorHAnsi" w:cstheme="majorHAnsi"/>
              </w:rPr>
            </w:pPr>
          </w:p>
        </w:tc>
      </w:tr>
    </w:tbl>
    <w:p w14:paraId="3A4786FB" w14:textId="77777777" w:rsidR="00B50680" w:rsidRDefault="00B50680">
      <w:pPr>
        <w:rPr>
          <w:rFonts w:asciiTheme="majorHAnsi" w:hAnsiTheme="majorHAnsi" w:cstheme="majorHAnsi"/>
        </w:rPr>
      </w:pPr>
    </w:p>
    <w:p w14:paraId="133784F4" w14:textId="13F3EB9D" w:rsidR="00F6069B" w:rsidRPr="00F6069B" w:rsidRDefault="00F6069B" w:rsidP="00F6069B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F6069B">
        <w:rPr>
          <w:rFonts w:asciiTheme="majorHAnsi" w:hAnsiTheme="majorHAnsi" w:cstheme="majorHAnsi"/>
          <w:b/>
          <w:bCs/>
          <w:sz w:val="28"/>
          <w:szCs w:val="28"/>
        </w:rPr>
        <w:t xml:space="preserve">Please insert abstracts for </w:t>
      </w:r>
      <w:r>
        <w:rPr>
          <w:rFonts w:asciiTheme="majorHAnsi" w:hAnsiTheme="majorHAnsi" w:cstheme="majorHAnsi"/>
          <w:b/>
          <w:bCs/>
          <w:sz w:val="28"/>
          <w:szCs w:val="28"/>
        </w:rPr>
        <w:t>involved</w:t>
      </w:r>
      <w:r w:rsidRPr="00F6069B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paper </w:t>
      </w:r>
      <w:r w:rsidRPr="00F6069B">
        <w:rPr>
          <w:rFonts w:asciiTheme="majorHAnsi" w:hAnsiTheme="majorHAnsi" w:cstheme="majorHAnsi"/>
          <w:b/>
          <w:bCs/>
          <w:sz w:val="28"/>
          <w:szCs w:val="28"/>
        </w:rPr>
        <w:t>presentations on the following pages.</w:t>
      </w:r>
    </w:p>
    <w:p w14:paraId="5BEBCE8E" w14:textId="77777777" w:rsidR="007730B4" w:rsidRDefault="007730B4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br w:type="page"/>
      </w:r>
    </w:p>
    <w:p w14:paraId="4D152225" w14:textId="3B8A605A" w:rsidR="00AE5991" w:rsidRDefault="00AE5991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 xml:space="preserve">Paper </w:t>
      </w:r>
      <w:r w:rsidR="005C5A0E">
        <w:rPr>
          <w:rFonts w:asciiTheme="majorHAnsi" w:hAnsiTheme="majorHAnsi" w:cstheme="majorHAnsi"/>
          <w:b/>
          <w:sz w:val="28"/>
          <w:szCs w:val="28"/>
        </w:rPr>
        <w:t xml:space="preserve">presentation </w:t>
      </w:r>
      <w:r>
        <w:rPr>
          <w:rFonts w:asciiTheme="majorHAnsi" w:hAnsiTheme="majorHAnsi" w:cstheme="majorHAnsi"/>
          <w:b/>
          <w:sz w:val="28"/>
          <w:szCs w:val="28"/>
        </w:rPr>
        <w:t xml:space="preserve">1) </w:t>
      </w:r>
    </w:p>
    <w:tbl>
      <w:tblPr>
        <w:tblStyle w:val="Tabel-Gitter"/>
        <w:tblW w:w="10185" w:type="dxa"/>
        <w:tblLook w:val="04A0" w:firstRow="1" w:lastRow="0" w:firstColumn="1" w:lastColumn="0" w:noHBand="0" w:noVBand="1"/>
      </w:tblPr>
      <w:tblGrid>
        <w:gridCol w:w="3383"/>
        <w:gridCol w:w="6802"/>
      </w:tblGrid>
      <w:tr w:rsidR="00AE5991" w:rsidRPr="00531B1C" w14:paraId="3ECED0AA" w14:textId="77777777" w:rsidTr="004E2138">
        <w:trPr>
          <w:trHeight w:val="1178"/>
        </w:trPr>
        <w:tc>
          <w:tcPr>
            <w:tcW w:w="3383" w:type="dxa"/>
          </w:tcPr>
          <w:p w14:paraId="3ECBB2C5" w14:textId="77777777" w:rsidR="00AE5991" w:rsidRPr="00531B1C" w:rsidRDefault="00AE5991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Title of</w:t>
            </w:r>
            <w:r>
              <w:rPr>
                <w:rFonts w:asciiTheme="majorHAnsi" w:hAnsiTheme="majorHAnsi" w:cstheme="majorHAnsi"/>
              </w:rPr>
              <w:t xml:space="preserve"> paper</w:t>
            </w:r>
            <w:r w:rsidRPr="00531B1C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presentation</w:t>
            </w:r>
          </w:p>
        </w:tc>
        <w:tc>
          <w:tcPr>
            <w:tcW w:w="6802" w:type="dxa"/>
          </w:tcPr>
          <w:p w14:paraId="2795F46D" w14:textId="77777777" w:rsidR="00AE5991" w:rsidRPr="00531B1C" w:rsidRDefault="00AE5991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</w:tc>
      </w:tr>
      <w:tr w:rsidR="00AE5991" w:rsidRPr="00531B1C" w14:paraId="15744828" w14:textId="77777777" w:rsidTr="004E2138">
        <w:trPr>
          <w:trHeight w:val="1112"/>
        </w:trPr>
        <w:tc>
          <w:tcPr>
            <w:tcW w:w="3383" w:type="dxa"/>
          </w:tcPr>
          <w:p w14:paraId="1F27E626" w14:textId="77777777" w:rsidR="00AE5991" w:rsidRPr="00531B1C" w:rsidRDefault="00AE5991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Author(s)</w:t>
            </w:r>
            <w:r>
              <w:rPr>
                <w:rFonts w:asciiTheme="majorHAnsi" w:hAnsiTheme="majorHAnsi" w:cstheme="majorHAnsi"/>
              </w:rPr>
              <w:t xml:space="preserve"> and A</w:t>
            </w:r>
            <w:r w:rsidRPr="00531B1C">
              <w:rPr>
                <w:rFonts w:asciiTheme="majorHAnsi" w:hAnsiTheme="majorHAnsi" w:cstheme="majorHAnsi"/>
              </w:rPr>
              <w:t>ffiliation(s)</w:t>
            </w:r>
          </w:p>
        </w:tc>
        <w:tc>
          <w:tcPr>
            <w:tcW w:w="6802" w:type="dxa"/>
          </w:tcPr>
          <w:p w14:paraId="58B4F1DB" w14:textId="77777777" w:rsidR="00AE5991" w:rsidRDefault="00AE5991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  <w:p w14:paraId="30AF4549" w14:textId="77777777" w:rsidR="00AE5991" w:rsidRPr="00531B1C" w:rsidRDefault="00AE5991" w:rsidP="004E2138">
            <w:pPr>
              <w:rPr>
                <w:rFonts w:asciiTheme="majorHAnsi" w:hAnsiTheme="majorHAnsi" w:cstheme="majorHAnsi"/>
              </w:rPr>
            </w:pPr>
          </w:p>
          <w:p w14:paraId="4F01DC7B" w14:textId="77777777" w:rsidR="00AE5991" w:rsidRPr="00531B1C" w:rsidRDefault="00AE5991" w:rsidP="004E2138">
            <w:pPr>
              <w:rPr>
                <w:rFonts w:asciiTheme="majorHAnsi" w:hAnsiTheme="majorHAnsi" w:cstheme="majorHAnsi"/>
              </w:rPr>
            </w:pPr>
          </w:p>
        </w:tc>
      </w:tr>
    </w:tbl>
    <w:p w14:paraId="6B0AC60C" w14:textId="77777777" w:rsidR="00AE5991" w:rsidRDefault="00AE5991">
      <w:pPr>
        <w:rPr>
          <w:rFonts w:asciiTheme="majorHAnsi" w:hAnsiTheme="majorHAnsi" w:cstheme="majorHAnsi"/>
          <w:b/>
          <w:sz w:val="28"/>
          <w:szCs w:val="28"/>
        </w:rPr>
      </w:pPr>
    </w:p>
    <w:p w14:paraId="771079F7" w14:textId="6319ACE5" w:rsidR="006B5E51" w:rsidRDefault="006B5E51">
      <w:pPr>
        <w:rPr>
          <w:rFonts w:asciiTheme="majorHAnsi" w:hAnsiTheme="majorHAnsi" w:cstheme="majorHAnsi"/>
          <w:b/>
          <w:sz w:val="28"/>
          <w:szCs w:val="28"/>
        </w:rPr>
      </w:pPr>
      <w:r w:rsidRPr="004226FA">
        <w:rPr>
          <w:rFonts w:asciiTheme="majorHAnsi" w:hAnsiTheme="majorHAnsi" w:cstheme="majorHAnsi"/>
          <w:b/>
          <w:sz w:val="28"/>
          <w:szCs w:val="28"/>
        </w:rPr>
        <w:t xml:space="preserve">Abstracts for the </w:t>
      </w:r>
      <w:r w:rsidR="00F05B25" w:rsidRPr="004226FA">
        <w:rPr>
          <w:rFonts w:asciiTheme="majorHAnsi" w:hAnsiTheme="majorHAnsi" w:cstheme="majorHAnsi"/>
          <w:b/>
          <w:sz w:val="28"/>
          <w:szCs w:val="28"/>
        </w:rPr>
        <w:t>paper presentations involved</w:t>
      </w:r>
      <w:r w:rsidRPr="004226FA">
        <w:rPr>
          <w:rFonts w:asciiTheme="majorHAnsi" w:hAnsiTheme="majorHAnsi" w:cstheme="majorHAnsi"/>
          <w:b/>
          <w:sz w:val="28"/>
          <w:szCs w:val="28"/>
        </w:rPr>
        <w:t xml:space="preserve"> should not exceed 300 words, excluding references.</w:t>
      </w:r>
    </w:p>
    <w:tbl>
      <w:tblPr>
        <w:tblStyle w:val="Tabel-Gitter"/>
        <w:tblW w:w="10246" w:type="dxa"/>
        <w:tblLook w:val="04A0" w:firstRow="1" w:lastRow="0" w:firstColumn="1" w:lastColumn="0" w:noHBand="0" w:noVBand="1"/>
      </w:tblPr>
      <w:tblGrid>
        <w:gridCol w:w="10246"/>
      </w:tblGrid>
      <w:tr w:rsidR="006B5E51" w14:paraId="2B9BC079" w14:textId="77777777" w:rsidTr="006B5E51">
        <w:trPr>
          <w:trHeight w:val="5419"/>
        </w:trPr>
        <w:tc>
          <w:tcPr>
            <w:tcW w:w="10246" w:type="dxa"/>
          </w:tcPr>
          <w:p w14:paraId="252A1671" w14:textId="005BB30F" w:rsidR="006B5E51" w:rsidRDefault="00F05B25" w:rsidP="006B5E51">
            <w:pPr>
              <w:rPr>
                <w:rFonts w:asciiTheme="majorHAnsi" w:hAnsiTheme="majorHAnsi" w:cstheme="majorHAnsi"/>
              </w:rPr>
            </w:pPr>
            <w:r w:rsidRPr="00F05B25">
              <w:rPr>
                <w:rFonts w:asciiTheme="majorHAnsi" w:hAnsiTheme="majorHAnsi" w:cstheme="majorHAnsi"/>
                <w:b/>
                <w:bCs/>
              </w:rPr>
              <w:t xml:space="preserve">Paper </w:t>
            </w:r>
            <w:r w:rsidR="00C6687C" w:rsidRPr="00F05B25">
              <w:rPr>
                <w:rFonts w:asciiTheme="majorHAnsi" w:hAnsiTheme="majorHAnsi" w:cstheme="majorHAnsi"/>
                <w:b/>
                <w:bCs/>
              </w:rPr>
              <w:t>1</w:t>
            </w:r>
            <w:r w:rsidR="00506A6A" w:rsidRPr="00F05B25">
              <w:rPr>
                <w:rFonts w:asciiTheme="majorHAnsi" w:hAnsiTheme="majorHAnsi" w:cstheme="majorHAnsi"/>
                <w:b/>
                <w:bCs/>
              </w:rPr>
              <w:t>)</w:t>
            </w:r>
            <w:r w:rsidR="00506A6A">
              <w:rPr>
                <w:rFonts w:asciiTheme="majorHAnsi" w:hAnsiTheme="majorHAnsi" w:cstheme="majorHAnsi"/>
              </w:rPr>
              <w:t xml:space="preserve"> </w:t>
            </w:r>
            <w:r w:rsidR="006B5E51" w:rsidRPr="00531B1C">
              <w:rPr>
                <w:rFonts w:asciiTheme="majorHAnsi" w:hAnsiTheme="majorHAnsi" w:cstheme="majorHAnsi"/>
              </w:rPr>
              <w:t xml:space="preserve">[Enter </w:t>
            </w:r>
            <w:r w:rsidR="006B5E51">
              <w:rPr>
                <w:rFonts w:asciiTheme="majorHAnsi" w:hAnsiTheme="majorHAnsi" w:cstheme="majorHAnsi"/>
              </w:rPr>
              <w:t xml:space="preserve">abstract </w:t>
            </w:r>
            <w:r w:rsidR="00061F7C">
              <w:rPr>
                <w:rFonts w:asciiTheme="majorHAnsi" w:hAnsiTheme="majorHAnsi" w:cstheme="majorHAnsi"/>
              </w:rPr>
              <w:t>text</w:t>
            </w:r>
            <w:r w:rsidR="006B5E51"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724EB949" w14:textId="77777777" w:rsidR="006B5E51" w:rsidRDefault="006B5E51" w:rsidP="006B5E51">
            <w:pPr>
              <w:rPr>
                <w:rFonts w:asciiTheme="majorHAnsi" w:hAnsiTheme="majorHAnsi" w:cstheme="majorHAnsi"/>
              </w:rPr>
            </w:pPr>
          </w:p>
        </w:tc>
      </w:tr>
    </w:tbl>
    <w:p w14:paraId="3DF34B7E" w14:textId="77777777" w:rsidR="006B5E51" w:rsidRDefault="006B5E51">
      <w:pPr>
        <w:rPr>
          <w:rFonts w:asciiTheme="majorHAnsi" w:hAnsiTheme="majorHAnsi" w:cstheme="majorHAnsi"/>
        </w:rPr>
      </w:pPr>
    </w:p>
    <w:p w14:paraId="2774274B" w14:textId="77777777" w:rsidR="006B5E51" w:rsidRDefault="006B5E51" w:rsidP="006B5E51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 xml:space="preserve">References: </w:t>
      </w:r>
    </w:p>
    <w:tbl>
      <w:tblPr>
        <w:tblStyle w:val="Tabel-Gitter"/>
        <w:tblW w:w="10240" w:type="dxa"/>
        <w:tblLook w:val="04A0" w:firstRow="1" w:lastRow="0" w:firstColumn="1" w:lastColumn="0" w:noHBand="0" w:noVBand="1"/>
      </w:tblPr>
      <w:tblGrid>
        <w:gridCol w:w="10240"/>
      </w:tblGrid>
      <w:tr w:rsidR="006B5E51" w:rsidRPr="00531B1C" w14:paraId="07FB0D9D" w14:textId="77777777" w:rsidTr="007730B4">
        <w:trPr>
          <w:trHeight w:val="2967"/>
        </w:trPr>
        <w:tc>
          <w:tcPr>
            <w:tcW w:w="10240" w:type="dxa"/>
          </w:tcPr>
          <w:p w14:paraId="2E1434C0" w14:textId="6160F3B4" w:rsidR="006B5E51" w:rsidRDefault="00DA55B2" w:rsidP="00977A56">
            <w:pPr>
              <w:rPr>
                <w:rFonts w:asciiTheme="majorHAnsi" w:hAnsiTheme="majorHAnsi" w:cstheme="majorHAnsi"/>
              </w:rPr>
            </w:pPr>
            <w:r w:rsidRPr="00DA55B2">
              <w:rPr>
                <w:rFonts w:asciiTheme="majorHAnsi" w:hAnsiTheme="majorHAnsi" w:cstheme="majorHAnsi"/>
                <w:b/>
                <w:bCs/>
              </w:rPr>
              <w:t>Paper 1)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B5E51" w:rsidRPr="00531B1C">
              <w:rPr>
                <w:rFonts w:asciiTheme="majorHAnsi" w:hAnsiTheme="majorHAnsi" w:cstheme="majorHAnsi"/>
              </w:rPr>
              <w:t xml:space="preserve">[Enter </w:t>
            </w:r>
            <w:r>
              <w:rPr>
                <w:rFonts w:asciiTheme="majorHAnsi" w:hAnsiTheme="majorHAnsi" w:cstheme="majorHAnsi"/>
              </w:rPr>
              <w:t>references</w:t>
            </w:r>
            <w:r w:rsidR="006B5E51"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58386EAF" w14:textId="77777777" w:rsidR="006B5E51" w:rsidRPr="00531B1C" w:rsidRDefault="006B5E51" w:rsidP="00977A56">
            <w:pPr>
              <w:rPr>
                <w:rFonts w:asciiTheme="majorHAnsi" w:hAnsiTheme="majorHAnsi" w:cstheme="majorHAnsi"/>
              </w:rPr>
            </w:pPr>
          </w:p>
        </w:tc>
      </w:tr>
    </w:tbl>
    <w:p w14:paraId="69BBBDB0" w14:textId="399BF1E5" w:rsidR="008A291F" w:rsidRDefault="008A291F" w:rsidP="008A291F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 xml:space="preserve">Paper </w:t>
      </w:r>
      <w:r w:rsidR="005C5A0E">
        <w:rPr>
          <w:rFonts w:asciiTheme="majorHAnsi" w:hAnsiTheme="majorHAnsi" w:cstheme="majorHAnsi"/>
          <w:b/>
          <w:sz w:val="28"/>
          <w:szCs w:val="28"/>
        </w:rPr>
        <w:t xml:space="preserve">presentation </w:t>
      </w:r>
      <w:r>
        <w:rPr>
          <w:rFonts w:asciiTheme="majorHAnsi" w:hAnsiTheme="majorHAnsi" w:cstheme="majorHAnsi"/>
          <w:b/>
          <w:sz w:val="28"/>
          <w:szCs w:val="28"/>
        </w:rPr>
        <w:t xml:space="preserve">2) </w:t>
      </w:r>
    </w:p>
    <w:tbl>
      <w:tblPr>
        <w:tblStyle w:val="Tabel-Gitter"/>
        <w:tblW w:w="10185" w:type="dxa"/>
        <w:tblLook w:val="04A0" w:firstRow="1" w:lastRow="0" w:firstColumn="1" w:lastColumn="0" w:noHBand="0" w:noVBand="1"/>
      </w:tblPr>
      <w:tblGrid>
        <w:gridCol w:w="3383"/>
        <w:gridCol w:w="6802"/>
      </w:tblGrid>
      <w:tr w:rsidR="008A291F" w:rsidRPr="00531B1C" w14:paraId="75703947" w14:textId="77777777" w:rsidTr="004E2138">
        <w:trPr>
          <w:trHeight w:val="1178"/>
        </w:trPr>
        <w:tc>
          <w:tcPr>
            <w:tcW w:w="3383" w:type="dxa"/>
          </w:tcPr>
          <w:p w14:paraId="6268EE50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Title of</w:t>
            </w:r>
            <w:r>
              <w:rPr>
                <w:rFonts w:asciiTheme="majorHAnsi" w:hAnsiTheme="majorHAnsi" w:cstheme="majorHAnsi"/>
              </w:rPr>
              <w:t xml:space="preserve"> paper</w:t>
            </w:r>
            <w:r w:rsidRPr="00531B1C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presentation</w:t>
            </w:r>
          </w:p>
        </w:tc>
        <w:tc>
          <w:tcPr>
            <w:tcW w:w="6802" w:type="dxa"/>
          </w:tcPr>
          <w:p w14:paraId="6E8B6A0C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</w:tc>
      </w:tr>
      <w:tr w:rsidR="008A291F" w:rsidRPr="00531B1C" w14:paraId="2CA7C85A" w14:textId="77777777" w:rsidTr="004E2138">
        <w:trPr>
          <w:trHeight w:val="1112"/>
        </w:trPr>
        <w:tc>
          <w:tcPr>
            <w:tcW w:w="3383" w:type="dxa"/>
          </w:tcPr>
          <w:p w14:paraId="6D5260C9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Author(s)</w:t>
            </w:r>
            <w:r>
              <w:rPr>
                <w:rFonts w:asciiTheme="majorHAnsi" w:hAnsiTheme="majorHAnsi" w:cstheme="majorHAnsi"/>
              </w:rPr>
              <w:t xml:space="preserve"> and A</w:t>
            </w:r>
            <w:r w:rsidRPr="00531B1C">
              <w:rPr>
                <w:rFonts w:asciiTheme="majorHAnsi" w:hAnsiTheme="majorHAnsi" w:cstheme="majorHAnsi"/>
              </w:rPr>
              <w:t>ffiliation(s)</w:t>
            </w:r>
          </w:p>
        </w:tc>
        <w:tc>
          <w:tcPr>
            <w:tcW w:w="6802" w:type="dxa"/>
          </w:tcPr>
          <w:p w14:paraId="0C57F2F0" w14:textId="77777777" w:rsidR="008A291F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  <w:p w14:paraId="250F94AA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</w:p>
          <w:p w14:paraId="61C70F6E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</w:p>
        </w:tc>
      </w:tr>
    </w:tbl>
    <w:p w14:paraId="04E1E931" w14:textId="77777777" w:rsidR="008A291F" w:rsidRDefault="008A291F" w:rsidP="00C6687C">
      <w:pPr>
        <w:rPr>
          <w:rFonts w:asciiTheme="majorHAnsi" w:hAnsiTheme="majorHAnsi" w:cstheme="majorHAnsi"/>
          <w:b/>
          <w:sz w:val="28"/>
          <w:szCs w:val="28"/>
        </w:rPr>
      </w:pPr>
    </w:p>
    <w:p w14:paraId="28592584" w14:textId="1E8F9207" w:rsidR="00C6687C" w:rsidRDefault="00C6687C" w:rsidP="00C6687C">
      <w:pPr>
        <w:rPr>
          <w:rFonts w:asciiTheme="majorHAnsi" w:hAnsiTheme="majorHAnsi" w:cstheme="majorHAnsi"/>
          <w:b/>
          <w:sz w:val="28"/>
          <w:szCs w:val="28"/>
        </w:rPr>
      </w:pPr>
      <w:r w:rsidRPr="004226FA">
        <w:rPr>
          <w:rFonts w:asciiTheme="majorHAnsi" w:hAnsiTheme="majorHAnsi" w:cstheme="majorHAnsi"/>
          <w:b/>
          <w:sz w:val="28"/>
          <w:szCs w:val="28"/>
        </w:rPr>
        <w:t xml:space="preserve">Abstracts for the </w:t>
      </w:r>
      <w:r w:rsidR="00F05B25" w:rsidRPr="004226FA">
        <w:rPr>
          <w:rFonts w:asciiTheme="majorHAnsi" w:hAnsiTheme="majorHAnsi" w:cstheme="majorHAnsi"/>
          <w:b/>
          <w:sz w:val="28"/>
          <w:szCs w:val="28"/>
        </w:rPr>
        <w:t>paper presentations involved</w:t>
      </w:r>
      <w:r w:rsidRPr="004226FA">
        <w:rPr>
          <w:rFonts w:asciiTheme="majorHAnsi" w:hAnsiTheme="majorHAnsi" w:cstheme="majorHAnsi"/>
          <w:b/>
          <w:sz w:val="28"/>
          <w:szCs w:val="28"/>
        </w:rPr>
        <w:t xml:space="preserve"> should not exceed 300 words, excluding references.</w:t>
      </w:r>
    </w:p>
    <w:tbl>
      <w:tblPr>
        <w:tblStyle w:val="Tabel-Gitter"/>
        <w:tblW w:w="10240" w:type="dxa"/>
        <w:tblLook w:val="04A0" w:firstRow="1" w:lastRow="0" w:firstColumn="1" w:lastColumn="0" w:noHBand="0" w:noVBand="1"/>
      </w:tblPr>
      <w:tblGrid>
        <w:gridCol w:w="10240"/>
      </w:tblGrid>
      <w:tr w:rsidR="00C6687C" w:rsidRPr="00531B1C" w14:paraId="3A6518AF" w14:textId="77777777" w:rsidTr="00A05F94">
        <w:trPr>
          <w:trHeight w:val="5418"/>
        </w:trPr>
        <w:tc>
          <w:tcPr>
            <w:tcW w:w="10240" w:type="dxa"/>
          </w:tcPr>
          <w:p w14:paraId="7A108A69" w14:textId="1D7E8A35" w:rsidR="00C6687C" w:rsidRDefault="00F05B25" w:rsidP="00977A56">
            <w:pPr>
              <w:rPr>
                <w:rFonts w:asciiTheme="majorHAnsi" w:hAnsiTheme="majorHAnsi" w:cstheme="majorHAnsi"/>
              </w:rPr>
            </w:pPr>
            <w:r w:rsidRPr="00F05B25">
              <w:rPr>
                <w:rFonts w:asciiTheme="majorHAnsi" w:hAnsiTheme="majorHAnsi" w:cstheme="majorHAnsi"/>
                <w:b/>
                <w:bCs/>
              </w:rPr>
              <w:t xml:space="preserve">Paper </w:t>
            </w:r>
            <w:r>
              <w:rPr>
                <w:rFonts w:asciiTheme="majorHAnsi" w:hAnsiTheme="majorHAnsi" w:cstheme="majorHAnsi"/>
                <w:b/>
                <w:bCs/>
              </w:rPr>
              <w:t>2</w:t>
            </w:r>
            <w:r w:rsidRPr="00F05B25">
              <w:rPr>
                <w:rFonts w:asciiTheme="majorHAnsi" w:hAnsiTheme="majorHAnsi" w:cstheme="majorHAnsi"/>
                <w:b/>
                <w:bCs/>
              </w:rPr>
              <w:t>)</w:t>
            </w:r>
            <w:r w:rsidR="00506A6A">
              <w:rPr>
                <w:rFonts w:asciiTheme="majorHAnsi" w:hAnsiTheme="majorHAnsi" w:cstheme="majorHAnsi"/>
              </w:rPr>
              <w:t xml:space="preserve"> </w:t>
            </w:r>
            <w:r w:rsidR="00C6687C" w:rsidRPr="00531B1C">
              <w:rPr>
                <w:rFonts w:asciiTheme="majorHAnsi" w:hAnsiTheme="majorHAnsi" w:cstheme="majorHAnsi"/>
              </w:rPr>
              <w:t>[Enter</w:t>
            </w:r>
            <w:r w:rsidR="00506A6A">
              <w:rPr>
                <w:rFonts w:asciiTheme="majorHAnsi" w:hAnsiTheme="majorHAnsi" w:cstheme="majorHAnsi"/>
              </w:rPr>
              <w:t xml:space="preserve"> </w:t>
            </w:r>
            <w:r w:rsidR="00306181">
              <w:rPr>
                <w:rFonts w:asciiTheme="majorHAnsi" w:hAnsiTheme="majorHAnsi" w:cstheme="majorHAnsi"/>
              </w:rPr>
              <w:t>abstract</w:t>
            </w:r>
            <w:r w:rsidR="00C6687C" w:rsidRPr="00531B1C">
              <w:rPr>
                <w:rFonts w:asciiTheme="majorHAnsi" w:hAnsiTheme="majorHAnsi" w:cstheme="majorHAnsi"/>
              </w:rPr>
              <w:t xml:space="preserve"> </w:t>
            </w:r>
            <w:r w:rsidR="00DA55B2">
              <w:rPr>
                <w:rFonts w:asciiTheme="majorHAnsi" w:hAnsiTheme="majorHAnsi" w:cstheme="majorHAnsi"/>
              </w:rPr>
              <w:t>text</w:t>
            </w:r>
            <w:r w:rsidR="00C6687C"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679AD833" w14:textId="77777777" w:rsidR="00C6687C" w:rsidRPr="00531B1C" w:rsidRDefault="00C6687C" w:rsidP="00977A56">
            <w:pPr>
              <w:rPr>
                <w:rFonts w:asciiTheme="majorHAnsi" w:hAnsiTheme="majorHAnsi" w:cstheme="majorHAnsi"/>
              </w:rPr>
            </w:pPr>
          </w:p>
        </w:tc>
      </w:tr>
    </w:tbl>
    <w:p w14:paraId="5370CA97" w14:textId="77777777" w:rsidR="00C6687C" w:rsidRDefault="00C6687C" w:rsidP="00C6687C">
      <w:pPr>
        <w:rPr>
          <w:rFonts w:asciiTheme="majorHAnsi" w:hAnsiTheme="majorHAnsi" w:cstheme="majorHAnsi"/>
        </w:rPr>
      </w:pPr>
    </w:p>
    <w:p w14:paraId="2CCA158B" w14:textId="77777777" w:rsidR="00C6687C" w:rsidRDefault="00C6687C" w:rsidP="00C6687C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 xml:space="preserve">References: </w:t>
      </w:r>
    </w:p>
    <w:tbl>
      <w:tblPr>
        <w:tblStyle w:val="Tabel-Gitter"/>
        <w:tblW w:w="10240" w:type="dxa"/>
        <w:tblLook w:val="04A0" w:firstRow="1" w:lastRow="0" w:firstColumn="1" w:lastColumn="0" w:noHBand="0" w:noVBand="1"/>
      </w:tblPr>
      <w:tblGrid>
        <w:gridCol w:w="10240"/>
      </w:tblGrid>
      <w:tr w:rsidR="00C6687C" w:rsidRPr="00531B1C" w14:paraId="1DD608AC" w14:textId="77777777" w:rsidTr="00A05F94">
        <w:trPr>
          <w:trHeight w:val="2960"/>
        </w:trPr>
        <w:tc>
          <w:tcPr>
            <w:tcW w:w="10240" w:type="dxa"/>
          </w:tcPr>
          <w:p w14:paraId="5FA939E7" w14:textId="1ECA083A" w:rsidR="00C6687C" w:rsidRDefault="00DA55B2" w:rsidP="00977A56">
            <w:pPr>
              <w:rPr>
                <w:rFonts w:asciiTheme="majorHAnsi" w:hAnsiTheme="majorHAnsi" w:cstheme="majorHAnsi"/>
              </w:rPr>
            </w:pPr>
            <w:r w:rsidRPr="00DA55B2">
              <w:rPr>
                <w:rFonts w:asciiTheme="majorHAnsi" w:hAnsiTheme="majorHAnsi" w:cstheme="majorHAnsi"/>
                <w:b/>
                <w:bCs/>
              </w:rPr>
              <w:t>Paper 2)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C6687C" w:rsidRPr="00531B1C">
              <w:rPr>
                <w:rFonts w:asciiTheme="majorHAnsi" w:hAnsiTheme="majorHAnsi" w:cstheme="majorHAnsi"/>
              </w:rPr>
              <w:t xml:space="preserve">[Enter </w:t>
            </w:r>
            <w:r>
              <w:rPr>
                <w:rFonts w:asciiTheme="majorHAnsi" w:hAnsiTheme="majorHAnsi" w:cstheme="majorHAnsi"/>
              </w:rPr>
              <w:t>references</w:t>
            </w:r>
            <w:r w:rsidR="00C6687C"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7A1F4CE6" w14:textId="77777777" w:rsidR="00C6687C" w:rsidRPr="00531B1C" w:rsidRDefault="00C6687C" w:rsidP="00977A56">
            <w:pPr>
              <w:rPr>
                <w:rFonts w:asciiTheme="majorHAnsi" w:hAnsiTheme="majorHAnsi" w:cstheme="majorHAnsi"/>
              </w:rPr>
            </w:pPr>
          </w:p>
        </w:tc>
      </w:tr>
    </w:tbl>
    <w:p w14:paraId="319BCBC5" w14:textId="44115686" w:rsidR="008A291F" w:rsidRDefault="008A291F" w:rsidP="008A291F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 xml:space="preserve">Paper </w:t>
      </w:r>
      <w:r w:rsidR="005C5A0E">
        <w:rPr>
          <w:rFonts w:asciiTheme="majorHAnsi" w:hAnsiTheme="majorHAnsi" w:cstheme="majorHAnsi"/>
          <w:b/>
          <w:sz w:val="28"/>
          <w:szCs w:val="28"/>
        </w:rPr>
        <w:t xml:space="preserve">presentation </w:t>
      </w:r>
      <w:r>
        <w:rPr>
          <w:rFonts w:asciiTheme="majorHAnsi" w:hAnsiTheme="majorHAnsi" w:cstheme="majorHAnsi"/>
          <w:b/>
          <w:sz w:val="28"/>
          <w:szCs w:val="28"/>
        </w:rPr>
        <w:t xml:space="preserve">3) </w:t>
      </w:r>
    </w:p>
    <w:tbl>
      <w:tblPr>
        <w:tblStyle w:val="Tabel-Gitter"/>
        <w:tblW w:w="10185" w:type="dxa"/>
        <w:tblLook w:val="04A0" w:firstRow="1" w:lastRow="0" w:firstColumn="1" w:lastColumn="0" w:noHBand="0" w:noVBand="1"/>
      </w:tblPr>
      <w:tblGrid>
        <w:gridCol w:w="3383"/>
        <w:gridCol w:w="6802"/>
      </w:tblGrid>
      <w:tr w:rsidR="008A291F" w:rsidRPr="00531B1C" w14:paraId="38F43DE6" w14:textId="77777777" w:rsidTr="004E2138">
        <w:trPr>
          <w:trHeight w:val="1178"/>
        </w:trPr>
        <w:tc>
          <w:tcPr>
            <w:tcW w:w="3383" w:type="dxa"/>
          </w:tcPr>
          <w:p w14:paraId="40E50D06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Title of</w:t>
            </w:r>
            <w:r>
              <w:rPr>
                <w:rFonts w:asciiTheme="majorHAnsi" w:hAnsiTheme="majorHAnsi" w:cstheme="majorHAnsi"/>
              </w:rPr>
              <w:t xml:space="preserve"> paper</w:t>
            </w:r>
            <w:r w:rsidRPr="00531B1C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presentation</w:t>
            </w:r>
          </w:p>
        </w:tc>
        <w:tc>
          <w:tcPr>
            <w:tcW w:w="6802" w:type="dxa"/>
          </w:tcPr>
          <w:p w14:paraId="2E316B75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</w:tc>
      </w:tr>
      <w:tr w:rsidR="008A291F" w:rsidRPr="00531B1C" w14:paraId="36E90DC7" w14:textId="77777777" w:rsidTr="004E2138">
        <w:trPr>
          <w:trHeight w:val="1112"/>
        </w:trPr>
        <w:tc>
          <w:tcPr>
            <w:tcW w:w="3383" w:type="dxa"/>
          </w:tcPr>
          <w:p w14:paraId="0CF76498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Author(s)</w:t>
            </w:r>
            <w:r>
              <w:rPr>
                <w:rFonts w:asciiTheme="majorHAnsi" w:hAnsiTheme="majorHAnsi" w:cstheme="majorHAnsi"/>
              </w:rPr>
              <w:t xml:space="preserve"> and A</w:t>
            </w:r>
            <w:r w:rsidRPr="00531B1C">
              <w:rPr>
                <w:rFonts w:asciiTheme="majorHAnsi" w:hAnsiTheme="majorHAnsi" w:cstheme="majorHAnsi"/>
              </w:rPr>
              <w:t>ffiliation(s)</w:t>
            </w:r>
          </w:p>
        </w:tc>
        <w:tc>
          <w:tcPr>
            <w:tcW w:w="6802" w:type="dxa"/>
          </w:tcPr>
          <w:p w14:paraId="09DACC00" w14:textId="77777777" w:rsidR="008A291F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  <w:p w14:paraId="29D0D8FE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</w:p>
          <w:p w14:paraId="4C215C91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</w:p>
        </w:tc>
      </w:tr>
    </w:tbl>
    <w:p w14:paraId="64AF3BF3" w14:textId="77777777" w:rsidR="008A291F" w:rsidRDefault="008A291F" w:rsidP="00C6687C">
      <w:pPr>
        <w:rPr>
          <w:rFonts w:asciiTheme="majorHAnsi" w:hAnsiTheme="majorHAnsi" w:cstheme="majorHAnsi"/>
          <w:b/>
          <w:sz w:val="28"/>
          <w:szCs w:val="28"/>
        </w:rPr>
      </w:pPr>
    </w:p>
    <w:p w14:paraId="22DE4412" w14:textId="1F7849AD" w:rsidR="00C6687C" w:rsidRDefault="00C6687C" w:rsidP="00C6687C">
      <w:pPr>
        <w:rPr>
          <w:rFonts w:asciiTheme="majorHAnsi" w:hAnsiTheme="majorHAnsi" w:cstheme="majorHAnsi"/>
          <w:b/>
          <w:sz w:val="28"/>
          <w:szCs w:val="28"/>
        </w:rPr>
      </w:pPr>
      <w:r w:rsidRPr="004226FA">
        <w:rPr>
          <w:rFonts w:asciiTheme="majorHAnsi" w:hAnsiTheme="majorHAnsi" w:cstheme="majorHAnsi"/>
          <w:b/>
          <w:sz w:val="28"/>
          <w:szCs w:val="28"/>
        </w:rPr>
        <w:t xml:space="preserve">Abstracts for the </w:t>
      </w:r>
      <w:r w:rsidR="00F05B25" w:rsidRPr="004226FA">
        <w:rPr>
          <w:rFonts w:asciiTheme="majorHAnsi" w:hAnsiTheme="majorHAnsi" w:cstheme="majorHAnsi"/>
          <w:b/>
          <w:sz w:val="28"/>
          <w:szCs w:val="28"/>
        </w:rPr>
        <w:t>paper presentations involved</w:t>
      </w:r>
      <w:r w:rsidRPr="004226FA">
        <w:rPr>
          <w:rFonts w:asciiTheme="majorHAnsi" w:hAnsiTheme="majorHAnsi" w:cstheme="majorHAnsi"/>
          <w:b/>
          <w:sz w:val="28"/>
          <w:szCs w:val="28"/>
        </w:rPr>
        <w:t xml:space="preserve"> should not exceed 300 words, excluding references.</w:t>
      </w:r>
    </w:p>
    <w:tbl>
      <w:tblPr>
        <w:tblStyle w:val="Tabel-Gitter"/>
        <w:tblW w:w="10240" w:type="dxa"/>
        <w:tblLook w:val="04A0" w:firstRow="1" w:lastRow="0" w:firstColumn="1" w:lastColumn="0" w:noHBand="0" w:noVBand="1"/>
      </w:tblPr>
      <w:tblGrid>
        <w:gridCol w:w="10240"/>
      </w:tblGrid>
      <w:tr w:rsidR="00C6687C" w:rsidRPr="00531B1C" w14:paraId="258FD53B" w14:textId="77777777" w:rsidTr="00A05F94">
        <w:trPr>
          <w:trHeight w:val="5482"/>
        </w:trPr>
        <w:tc>
          <w:tcPr>
            <w:tcW w:w="10240" w:type="dxa"/>
          </w:tcPr>
          <w:p w14:paraId="08946B61" w14:textId="574242E9" w:rsidR="00C6687C" w:rsidRDefault="00F05B25" w:rsidP="00977A56">
            <w:pPr>
              <w:rPr>
                <w:rFonts w:asciiTheme="majorHAnsi" w:hAnsiTheme="majorHAnsi" w:cstheme="majorHAnsi"/>
              </w:rPr>
            </w:pPr>
            <w:r w:rsidRPr="00F05B25">
              <w:rPr>
                <w:rFonts w:asciiTheme="majorHAnsi" w:hAnsiTheme="majorHAnsi" w:cstheme="majorHAnsi"/>
                <w:b/>
                <w:bCs/>
              </w:rPr>
              <w:t xml:space="preserve">Paper </w:t>
            </w:r>
            <w:r w:rsidR="00506A6A" w:rsidRPr="00F05B25">
              <w:rPr>
                <w:rFonts w:asciiTheme="majorHAnsi" w:hAnsiTheme="majorHAnsi" w:cstheme="majorHAnsi"/>
                <w:b/>
                <w:bCs/>
              </w:rPr>
              <w:t>3</w:t>
            </w:r>
            <w:r w:rsidR="00506A6A">
              <w:rPr>
                <w:rFonts w:asciiTheme="majorHAnsi" w:hAnsiTheme="majorHAnsi" w:cstheme="majorHAnsi"/>
              </w:rPr>
              <w:t xml:space="preserve">) </w:t>
            </w:r>
            <w:r w:rsidR="00C6687C" w:rsidRPr="00531B1C">
              <w:rPr>
                <w:rFonts w:asciiTheme="majorHAnsi" w:hAnsiTheme="majorHAnsi" w:cstheme="majorHAnsi"/>
              </w:rPr>
              <w:t xml:space="preserve">[Enter </w:t>
            </w:r>
            <w:r w:rsidR="00306181">
              <w:rPr>
                <w:rFonts w:asciiTheme="majorHAnsi" w:hAnsiTheme="majorHAnsi" w:cstheme="majorHAnsi"/>
              </w:rPr>
              <w:t xml:space="preserve">abstract </w:t>
            </w:r>
            <w:r w:rsidR="00DA55B2">
              <w:rPr>
                <w:rFonts w:asciiTheme="majorHAnsi" w:hAnsiTheme="majorHAnsi" w:cstheme="majorHAnsi"/>
              </w:rPr>
              <w:t>text</w:t>
            </w:r>
            <w:r w:rsidR="00C6687C"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40E82993" w14:textId="77777777" w:rsidR="00C6687C" w:rsidRPr="00531B1C" w:rsidRDefault="00C6687C" w:rsidP="00977A56">
            <w:pPr>
              <w:rPr>
                <w:rFonts w:asciiTheme="majorHAnsi" w:hAnsiTheme="majorHAnsi" w:cstheme="majorHAnsi"/>
              </w:rPr>
            </w:pPr>
          </w:p>
        </w:tc>
      </w:tr>
    </w:tbl>
    <w:p w14:paraId="19F3F055" w14:textId="77777777" w:rsidR="00C6687C" w:rsidRDefault="00C6687C" w:rsidP="00C6687C">
      <w:pPr>
        <w:rPr>
          <w:rFonts w:asciiTheme="majorHAnsi" w:hAnsiTheme="majorHAnsi" w:cstheme="majorHAnsi"/>
        </w:rPr>
      </w:pPr>
    </w:p>
    <w:p w14:paraId="4F54A45A" w14:textId="77777777" w:rsidR="00C6687C" w:rsidRDefault="00C6687C" w:rsidP="00C6687C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 xml:space="preserve">References: </w:t>
      </w:r>
    </w:p>
    <w:tbl>
      <w:tblPr>
        <w:tblStyle w:val="Tabel-Gitter"/>
        <w:tblW w:w="10240" w:type="dxa"/>
        <w:tblLook w:val="04A0" w:firstRow="1" w:lastRow="0" w:firstColumn="1" w:lastColumn="0" w:noHBand="0" w:noVBand="1"/>
      </w:tblPr>
      <w:tblGrid>
        <w:gridCol w:w="10240"/>
      </w:tblGrid>
      <w:tr w:rsidR="00C6687C" w:rsidRPr="00531B1C" w14:paraId="061BCAC0" w14:textId="77777777" w:rsidTr="00A05F94">
        <w:trPr>
          <w:trHeight w:val="2146"/>
        </w:trPr>
        <w:tc>
          <w:tcPr>
            <w:tcW w:w="10240" w:type="dxa"/>
          </w:tcPr>
          <w:p w14:paraId="7D31E177" w14:textId="03280A06" w:rsidR="00C6687C" w:rsidRDefault="00DA55B2" w:rsidP="00977A56">
            <w:pPr>
              <w:rPr>
                <w:rFonts w:asciiTheme="majorHAnsi" w:hAnsiTheme="majorHAnsi" w:cstheme="majorHAnsi"/>
              </w:rPr>
            </w:pPr>
            <w:r w:rsidRPr="00DA55B2">
              <w:rPr>
                <w:rFonts w:asciiTheme="majorHAnsi" w:hAnsiTheme="majorHAnsi" w:cstheme="majorHAnsi"/>
                <w:b/>
                <w:bCs/>
              </w:rPr>
              <w:t>Paper 3)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C6687C" w:rsidRPr="00531B1C">
              <w:rPr>
                <w:rFonts w:asciiTheme="majorHAnsi" w:hAnsiTheme="majorHAnsi" w:cstheme="majorHAnsi"/>
              </w:rPr>
              <w:t xml:space="preserve">[Enter </w:t>
            </w:r>
            <w:r>
              <w:rPr>
                <w:rFonts w:asciiTheme="majorHAnsi" w:hAnsiTheme="majorHAnsi" w:cstheme="majorHAnsi"/>
              </w:rPr>
              <w:t>references</w:t>
            </w:r>
            <w:r w:rsidR="00C6687C"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0D02F4E5" w14:textId="77777777" w:rsidR="00C6687C" w:rsidRDefault="00C6687C" w:rsidP="00977A56">
            <w:pPr>
              <w:rPr>
                <w:rFonts w:asciiTheme="majorHAnsi" w:hAnsiTheme="majorHAnsi" w:cstheme="majorHAnsi"/>
              </w:rPr>
            </w:pPr>
          </w:p>
          <w:p w14:paraId="6895EACA" w14:textId="77777777" w:rsidR="00A046AE" w:rsidRDefault="00A046AE" w:rsidP="00977A56">
            <w:pPr>
              <w:rPr>
                <w:rFonts w:asciiTheme="majorHAnsi" w:hAnsiTheme="majorHAnsi" w:cstheme="majorHAnsi"/>
              </w:rPr>
            </w:pPr>
          </w:p>
          <w:p w14:paraId="44D87676" w14:textId="77777777" w:rsidR="00A046AE" w:rsidRDefault="00A046AE" w:rsidP="00977A56">
            <w:pPr>
              <w:rPr>
                <w:rFonts w:asciiTheme="majorHAnsi" w:hAnsiTheme="majorHAnsi" w:cstheme="majorHAnsi"/>
              </w:rPr>
            </w:pPr>
          </w:p>
          <w:p w14:paraId="646B0075" w14:textId="77777777" w:rsidR="00A046AE" w:rsidRDefault="00A046AE" w:rsidP="00977A56">
            <w:pPr>
              <w:rPr>
                <w:rFonts w:asciiTheme="majorHAnsi" w:hAnsiTheme="majorHAnsi" w:cstheme="majorHAnsi"/>
              </w:rPr>
            </w:pPr>
          </w:p>
          <w:p w14:paraId="53922383" w14:textId="77777777" w:rsidR="00A046AE" w:rsidRDefault="00A046AE" w:rsidP="00977A56">
            <w:pPr>
              <w:rPr>
                <w:rFonts w:asciiTheme="majorHAnsi" w:hAnsiTheme="majorHAnsi" w:cstheme="majorHAnsi"/>
              </w:rPr>
            </w:pPr>
          </w:p>
          <w:p w14:paraId="68DCDF51" w14:textId="77777777" w:rsidR="00A046AE" w:rsidRDefault="00A046AE" w:rsidP="00977A56">
            <w:pPr>
              <w:rPr>
                <w:rFonts w:asciiTheme="majorHAnsi" w:hAnsiTheme="majorHAnsi" w:cstheme="majorHAnsi"/>
              </w:rPr>
            </w:pPr>
          </w:p>
          <w:p w14:paraId="74560DDE" w14:textId="77777777" w:rsidR="00A046AE" w:rsidRDefault="00A046AE" w:rsidP="00977A56">
            <w:pPr>
              <w:rPr>
                <w:rFonts w:asciiTheme="majorHAnsi" w:hAnsiTheme="majorHAnsi" w:cstheme="majorHAnsi"/>
              </w:rPr>
            </w:pPr>
          </w:p>
          <w:p w14:paraId="71DE8781" w14:textId="77777777" w:rsidR="00A046AE" w:rsidRDefault="00A046AE" w:rsidP="00977A56">
            <w:pPr>
              <w:rPr>
                <w:rFonts w:asciiTheme="majorHAnsi" w:hAnsiTheme="majorHAnsi" w:cstheme="majorHAnsi"/>
              </w:rPr>
            </w:pPr>
          </w:p>
          <w:p w14:paraId="7DA38B16" w14:textId="77777777" w:rsidR="00F8009C" w:rsidRPr="00531B1C" w:rsidRDefault="00F8009C" w:rsidP="00977A56">
            <w:pPr>
              <w:rPr>
                <w:rFonts w:asciiTheme="majorHAnsi" w:hAnsiTheme="majorHAnsi" w:cstheme="majorHAnsi"/>
              </w:rPr>
            </w:pPr>
          </w:p>
        </w:tc>
      </w:tr>
    </w:tbl>
    <w:p w14:paraId="375B6EBD" w14:textId="70BFA923" w:rsidR="008A291F" w:rsidRDefault="008A291F" w:rsidP="008A291F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 xml:space="preserve">Paper </w:t>
      </w:r>
      <w:r w:rsidR="005C5A0E">
        <w:rPr>
          <w:rFonts w:asciiTheme="majorHAnsi" w:hAnsiTheme="majorHAnsi" w:cstheme="majorHAnsi"/>
          <w:b/>
          <w:sz w:val="28"/>
          <w:szCs w:val="28"/>
        </w:rPr>
        <w:t xml:space="preserve">presentation </w:t>
      </w:r>
      <w:r>
        <w:rPr>
          <w:rFonts w:asciiTheme="majorHAnsi" w:hAnsiTheme="majorHAnsi" w:cstheme="majorHAnsi"/>
          <w:b/>
          <w:sz w:val="28"/>
          <w:szCs w:val="28"/>
        </w:rPr>
        <w:t xml:space="preserve">4) </w:t>
      </w:r>
    </w:p>
    <w:tbl>
      <w:tblPr>
        <w:tblStyle w:val="Tabel-Gitter"/>
        <w:tblW w:w="10185" w:type="dxa"/>
        <w:tblLook w:val="04A0" w:firstRow="1" w:lastRow="0" w:firstColumn="1" w:lastColumn="0" w:noHBand="0" w:noVBand="1"/>
      </w:tblPr>
      <w:tblGrid>
        <w:gridCol w:w="3383"/>
        <w:gridCol w:w="6802"/>
      </w:tblGrid>
      <w:tr w:rsidR="008A291F" w:rsidRPr="00531B1C" w14:paraId="2CA0077E" w14:textId="77777777" w:rsidTr="004E2138">
        <w:trPr>
          <w:trHeight w:val="1178"/>
        </w:trPr>
        <w:tc>
          <w:tcPr>
            <w:tcW w:w="3383" w:type="dxa"/>
          </w:tcPr>
          <w:p w14:paraId="49B414B6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Title of</w:t>
            </w:r>
            <w:r>
              <w:rPr>
                <w:rFonts w:asciiTheme="majorHAnsi" w:hAnsiTheme="majorHAnsi" w:cstheme="majorHAnsi"/>
              </w:rPr>
              <w:t xml:space="preserve"> paper</w:t>
            </w:r>
            <w:r w:rsidRPr="00531B1C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presentation</w:t>
            </w:r>
          </w:p>
        </w:tc>
        <w:tc>
          <w:tcPr>
            <w:tcW w:w="6802" w:type="dxa"/>
          </w:tcPr>
          <w:p w14:paraId="1C8B71F8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</w:tc>
      </w:tr>
      <w:tr w:rsidR="008A291F" w:rsidRPr="00531B1C" w14:paraId="4918380E" w14:textId="77777777" w:rsidTr="004E2138">
        <w:trPr>
          <w:trHeight w:val="1112"/>
        </w:trPr>
        <w:tc>
          <w:tcPr>
            <w:tcW w:w="3383" w:type="dxa"/>
          </w:tcPr>
          <w:p w14:paraId="124C42CB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Author(s)</w:t>
            </w:r>
            <w:r>
              <w:rPr>
                <w:rFonts w:asciiTheme="majorHAnsi" w:hAnsiTheme="majorHAnsi" w:cstheme="majorHAnsi"/>
              </w:rPr>
              <w:t xml:space="preserve"> and A</w:t>
            </w:r>
            <w:r w:rsidRPr="00531B1C">
              <w:rPr>
                <w:rFonts w:asciiTheme="majorHAnsi" w:hAnsiTheme="majorHAnsi" w:cstheme="majorHAnsi"/>
              </w:rPr>
              <w:t>ffiliation(s)</w:t>
            </w:r>
          </w:p>
        </w:tc>
        <w:tc>
          <w:tcPr>
            <w:tcW w:w="6802" w:type="dxa"/>
          </w:tcPr>
          <w:p w14:paraId="12AB2D4E" w14:textId="77777777" w:rsidR="008A291F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  <w:p w14:paraId="4BF5CEB8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</w:p>
          <w:p w14:paraId="30084A54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</w:p>
        </w:tc>
      </w:tr>
    </w:tbl>
    <w:p w14:paraId="6D71872B" w14:textId="77777777" w:rsidR="008A291F" w:rsidRDefault="008A291F" w:rsidP="00C6687C">
      <w:pPr>
        <w:rPr>
          <w:rFonts w:asciiTheme="majorHAnsi" w:hAnsiTheme="majorHAnsi" w:cstheme="majorHAnsi"/>
          <w:b/>
          <w:sz w:val="28"/>
          <w:szCs w:val="28"/>
        </w:rPr>
      </w:pPr>
    </w:p>
    <w:p w14:paraId="21160D64" w14:textId="50BFE99A" w:rsidR="00C6687C" w:rsidRDefault="00C6687C" w:rsidP="00C6687C">
      <w:pPr>
        <w:rPr>
          <w:rFonts w:asciiTheme="majorHAnsi" w:hAnsiTheme="majorHAnsi" w:cstheme="majorHAnsi"/>
          <w:b/>
          <w:sz w:val="28"/>
          <w:szCs w:val="28"/>
        </w:rPr>
      </w:pPr>
      <w:r w:rsidRPr="004226FA">
        <w:rPr>
          <w:rFonts w:asciiTheme="majorHAnsi" w:hAnsiTheme="majorHAnsi" w:cstheme="majorHAnsi"/>
          <w:b/>
          <w:sz w:val="28"/>
          <w:szCs w:val="28"/>
        </w:rPr>
        <w:t xml:space="preserve">Abstracts for the </w:t>
      </w:r>
      <w:r w:rsidR="00F05B25" w:rsidRPr="004226FA">
        <w:rPr>
          <w:rFonts w:asciiTheme="majorHAnsi" w:hAnsiTheme="majorHAnsi" w:cstheme="majorHAnsi"/>
          <w:b/>
          <w:sz w:val="28"/>
          <w:szCs w:val="28"/>
        </w:rPr>
        <w:t>paper presentations involved</w:t>
      </w:r>
      <w:r w:rsidRPr="004226FA">
        <w:rPr>
          <w:rFonts w:asciiTheme="majorHAnsi" w:hAnsiTheme="majorHAnsi" w:cstheme="majorHAnsi"/>
          <w:b/>
          <w:sz w:val="28"/>
          <w:szCs w:val="28"/>
        </w:rPr>
        <w:t xml:space="preserve"> should not exceed 300 words, excluding references.</w:t>
      </w:r>
    </w:p>
    <w:tbl>
      <w:tblPr>
        <w:tblStyle w:val="Tabel-Gitter"/>
        <w:tblW w:w="10240" w:type="dxa"/>
        <w:tblLook w:val="04A0" w:firstRow="1" w:lastRow="0" w:firstColumn="1" w:lastColumn="0" w:noHBand="0" w:noVBand="1"/>
      </w:tblPr>
      <w:tblGrid>
        <w:gridCol w:w="10240"/>
      </w:tblGrid>
      <w:tr w:rsidR="00C6687C" w:rsidRPr="00531B1C" w14:paraId="04EC4926" w14:textId="77777777" w:rsidTr="00F8009C">
        <w:trPr>
          <w:trHeight w:val="5418"/>
        </w:trPr>
        <w:tc>
          <w:tcPr>
            <w:tcW w:w="10240" w:type="dxa"/>
          </w:tcPr>
          <w:p w14:paraId="4E90460B" w14:textId="25171591" w:rsidR="00C6687C" w:rsidRDefault="00F05B25" w:rsidP="00977A56">
            <w:pPr>
              <w:rPr>
                <w:rFonts w:asciiTheme="majorHAnsi" w:hAnsiTheme="majorHAnsi" w:cstheme="majorHAnsi"/>
              </w:rPr>
            </w:pPr>
            <w:r w:rsidRPr="00F05B25">
              <w:rPr>
                <w:rFonts w:asciiTheme="majorHAnsi" w:hAnsiTheme="majorHAnsi" w:cstheme="majorHAnsi"/>
                <w:b/>
                <w:bCs/>
              </w:rPr>
              <w:t xml:space="preserve">Paper </w:t>
            </w:r>
            <w:r w:rsidR="00506A6A" w:rsidRPr="00F05B25">
              <w:rPr>
                <w:rFonts w:asciiTheme="majorHAnsi" w:hAnsiTheme="majorHAnsi" w:cstheme="majorHAnsi"/>
                <w:b/>
                <w:bCs/>
              </w:rPr>
              <w:t>4</w:t>
            </w:r>
            <w:r w:rsidR="00506A6A">
              <w:rPr>
                <w:rFonts w:asciiTheme="majorHAnsi" w:hAnsiTheme="majorHAnsi" w:cstheme="majorHAnsi"/>
              </w:rPr>
              <w:t xml:space="preserve">) </w:t>
            </w:r>
            <w:r w:rsidR="00C6687C" w:rsidRPr="00531B1C">
              <w:rPr>
                <w:rFonts w:asciiTheme="majorHAnsi" w:hAnsiTheme="majorHAnsi" w:cstheme="majorHAnsi"/>
              </w:rPr>
              <w:t xml:space="preserve">[Enter </w:t>
            </w:r>
            <w:r w:rsidR="00306181">
              <w:rPr>
                <w:rFonts w:asciiTheme="majorHAnsi" w:hAnsiTheme="majorHAnsi" w:cstheme="majorHAnsi"/>
              </w:rPr>
              <w:t xml:space="preserve">abstract </w:t>
            </w:r>
            <w:r w:rsidR="00DA55B2">
              <w:rPr>
                <w:rFonts w:asciiTheme="majorHAnsi" w:hAnsiTheme="majorHAnsi" w:cstheme="majorHAnsi"/>
              </w:rPr>
              <w:t>text</w:t>
            </w:r>
            <w:r w:rsidR="00C6687C"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0FDBF901" w14:textId="77777777" w:rsidR="00C6687C" w:rsidRPr="00531B1C" w:rsidRDefault="00C6687C" w:rsidP="00977A56">
            <w:pPr>
              <w:rPr>
                <w:rFonts w:asciiTheme="majorHAnsi" w:hAnsiTheme="majorHAnsi" w:cstheme="majorHAnsi"/>
              </w:rPr>
            </w:pPr>
          </w:p>
        </w:tc>
      </w:tr>
    </w:tbl>
    <w:p w14:paraId="77BEE99A" w14:textId="77777777" w:rsidR="00C6687C" w:rsidRDefault="00C6687C" w:rsidP="00C6687C">
      <w:pPr>
        <w:rPr>
          <w:rFonts w:asciiTheme="majorHAnsi" w:hAnsiTheme="majorHAnsi" w:cstheme="majorHAnsi"/>
        </w:rPr>
      </w:pPr>
    </w:p>
    <w:p w14:paraId="0F519A36" w14:textId="77777777" w:rsidR="00C6687C" w:rsidRDefault="00C6687C" w:rsidP="00C6687C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 xml:space="preserve">References: </w:t>
      </w:r>
    </w:p>
    <w:tbl>
      <w:tblPr>
        <w:tblStyle w:val="Tabel-Gitter"/>
        <w:tblW w:w="10240" w:type="dxa"/>
        <w:tblLook w:val="04A0" w:firstRow="1" w:lastRow="0" w:firstColumn="1" w:lastColumn="0" w:noHBand="0" w:noVBand="1"/>
      </w:tblPr>
      <w:tblGrid>
        <w:gridCol w:w="10240"/>
      </w:tblGrid>
      <w:tr w:rsidR="00C6687C" w:rsidRPr="00531B1C" w14:paraId="58CBCE1E" w14:textId="77777777" w:rsidTr="00F8009C">
        <w:trPr>
          <w:trHeight w:val="2818"/>
        </w:trPr>
        <w:tc>
          <w:tcPr>
            <w:tcW w:w="10240" w:type="dxa"/>
          </w:tcPr>
          <w:p w14:paraId="4895CDF4" w14:textId="2A6A621D" w:rsidR="00C6687C" w:rsidRDefault="00DA55B2" w:rsidP="00977A56">
            <w:pPr>
              <w:rPr>
                <w:rFonts w:asciiTheme="majorHAnsi" w:hAnsiTheme="majorHAnsi" w:cstheme="majorHAnsi"/>
              </w:rPr>
            </w:pPr>
            <w:r w:rsidRPr="00DA55B2">
              <w:rPr>
                <w:rFonts w:asciiTheme="majorHAnsi" w:hAnsiTheme="majorHAnsi" w:cstheme="majorHAnsi"/>
                <w:b/>
                <w:bCs/>
              </w:rPr>
              <w:t>Paper 4)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C6687C" w:rsidRPr="00531B1C">
              <w:rPr>
                <w:rFonts w:asciiTheme="majorHAnsi" w:hAnsiTheme="majorHAnsi" w:cstheme="majorHAnsi"/>
              </w:rPr>
              <w:t xml:space="preserve">[Enter </w:t>
            </w:r>
            <w:r>
              <w:rPr>
                <w:rFonts w:asciiTheme="majorHAnsi" w:hAnsiTheme="majorHAnsi" w:cstheme="majorHAnsi"/>
              </w:rPr>
              <w:t>references</w:t>
            </w:r>
            <w:r w:rsidR="00C6687C"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360AD64B" w14:textId="77777777" w:rsidR="00C6687C" w:rsidRPr="00531B1C" w:rsidRDefault="00C6687C" w:rsidP="00977A56">
            <w:pPr>
              <w:rPr>
                <w:rFonts w:asciiTheme="majorHAnsi" w:hAnsiTheme="majorHAnsi" w:cstheme="majorHAnsi"/>
              </w:rPr>
            </w:pPr>
          </w:p>
        </w:tc>
      </w:tr>
    </w:tbl>
    <w:p w14:paraId="517DFA65" w14:textId="45D36B10" w:rsidR="008A291F" w:rsidRDefault="008A291F" w:rsidP="008A291F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 xml:space="preserve">Paper </w:t>
      </w:r>
      <w:r w:rsidR="005C5A0E">
        <w:rPr>
          <w:rFonts w:asciiTheme="majorHAnsi" w:hAnsiTheme="majorHAnsi" w:cstheme="majorHAnsi"/>
          <w:b/>
          <w:sz w:val="28"/>
          <w:szCs w:val="28"/>
        </w:rPr>
        <w:t xml:space="preserve">presentation </w:t>
      </w:r>
      <w:r>
        <w:rPr>
          <w:rFonts w:asciiTheme="majorHAnsi" w:hAnsiTheme="majorHAnsi" w:cstheme="majorHAnsi"/>
          <w:b/>
          <w:sz w:val="28"/>
          <w:szCs w:val="28"/>
        </w:rPr>
        <w:t xml:space="preserve">5) </w:t>
      </w:r>
    </w:p>
    <w:tbl>
      <w:tblPr>
        <w:tblStyle w:val="Tabel-Gitter"/>
        <w:tblW w:w="10185" w:type="dxa"/>
        <w:tblLook w:val="04A0" w:firstRow="1" w:lastRow="0" w:firstColumn="1" w:lastColumn="0" w:noHBand="0" w:noVBand="1"/>
      </w:tblPr>
      <w:tblGrid>
        <w:gridCol w:w="3383"/>
        <w:gridCol w:w="6802"/>
      </w:tblGrid>
      <w:tr w:rsidR="008A291F" w:rsidRPr="00531B1C" w14:paraId="62E08D66" w14:textId="77777777" w:rsidTr="004E2138">
        <w:trPr>
          <w:trHeight w:val="1178"/>
        </w:trPr>
        <w:tc>
          <w:tcPr>
            <w:tcW w:w="3383" w:type="dxa"/>
          </w:tcPr>
          <w:p w14:paraId="68FBC3BD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Title of</w:t>
            </w:r>
            <w:r>
              <w:rPr>
                <w:rFonts w:asciiTheme="majorHAnsi" w:hAnsiTheme="majorHAnsi" w:cstheme="majorHAnsi"/>
              </w:rPr>
              <w:t xml:space="preserve"> paper</w:t>
            </w:r>
            <w:r w:rsidRPr="00531B1C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presentation</w:t>
            </w:r>
          </w:p>
        </w:tc>
        <w:tc>
          <w:tcPr>
            <w:tcW w:w="6802" w:type="dxa"/>
          </w:tcPr>
          <w:p w14:paraId="1D911BB4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</w:tc>
      </w:tr>
      <w:tr w:rsidR="008A291F" w:rsidRPr="00531B1C" w14:paraId="7E82D1A2" w14:textId="77777777" w:rsidTr="004E2138">
        <w:trPr>
          <w:trHeight w:val="1112"/>
        </w:trPr>
        <w:tc>
          <w:tcPr>
            <w:tcW w:w="3383" w:type="dxa"/>
          </w:tcPr>
          <w:p w14:paraId="5B9D670F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Author(s)</w:t>
            </w:r>
            <w:r>
              <w:rPr>
                <w:rFonts w:asciiTheme="majorHAnsi" w:hAnsiTheme="majorHAnsi" w:cstheme="majorHAnsi"/>
              </w:rPr>
              <w:t xml:space="preserve"> and A</w:t>
            </w:r>
            <w:r w:rsidRPr="00531B1C">
              <w:rPr>
                <w:rFonts w:asciiTheme="majorHAnsi" w:hAnsiTheme="majorHAnsi" w:cstheme="majorHAnsi"/>
              </w:rPr>
              <w:t>ffiliation(s)</w:t>
            </w:r>
          </w:p>
        </w:tc>
        <w:tc>
          <w:tcPr>
            <w:tcW w:w="6802" w:type="dxa"/>
          </w:tcPr>
          <w:p w14:paraId="40877E98" w14:textId="77777777" w:rsidR="008A291F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  <w:p w14:paraId="29106663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</w:p>
          <w:p w14:paraId="75349D48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</w:p>
        </w:tc>
      </w:tr>
    </w:tbl>
    <w:p w14:paraId="1B70CD3A" w14:textId="77777777" w:rsidR="008A291F" w:rsidRDefault="008A291F" w:rsidP="00506A6A">
      <w:pPr>
        <w:rPr>
          <w:rFonts w:asciiTheme="majorHAnsi" w:hAnsiTheme="majorHAnsi" w:cstheme="majorHAnsi"/>
          <w:b/>
          <w:sz w:val="28"/>
          <w:szCs w:val="28"/>
        </w:rPr>
      </w:pPr>
    </w:p>
    <w:p w14:paraId="1430DF23" w14:textId="32D473F2" w:rsidR="00506A6A" w:rsidRDefault="00506A6A" w:rsidP="00506A6A">
      <w:pPr>
        <w:rPr>
          <w:rFonts w:asciiTheme="majorHAnsi" w:hAnsiTheme="majorHAnsi" w:cstheme="majorHAnsi"/>
          <w:b/>
          <w:sz w:val="28"/>
          <w:szCs w:val="28"/>
        </w:rPr>
      </w:pPr>
      <w:r w:rsidRPr="004226FA">
        <w:rPr>
          <w:rFonts w:asciiTheme="majorHAnsi" w:hAnsiTheme="majorHAnsi" w:cstheme="majorHAnsi"/>
          <w:b/>
          <w:sz w:val="28"/>
          <w:szCs w:val="28"/>
        </w:rPr>
        <w:t xml:space="preserve">Abstracts for the </w:t>
      </w:r>
      <w:r w:rsidR="00F05B25" w:rsidRPr="004226FA">
        <w:rPr>
          <w:rFonts w:asciiTheme="majorHAnsi" w:hAnsiTheme="majorHAnsi" w:cstheme="majorHAnsi"/>
          <w:b/>
          <w:sz w:val="28"/>
          <w:szCs w:val="28"/>
        </w:rPr>
        <w:t>paper presentations involved</w:t>
      </w:r>
      <w:r w:rsidRPr="004226FA">
        <w:rPr>
          <w:rFonts w:asciiTheme="majorHAnsi" w:hAnsiTheme="majorHAnsi" w:cstheme="majorHAnsi"/>
          <w:b/>
          <w:sz w:val="28"/>
          <w:szCs w:val="28"/>
        </w:rPr>
        <w:t xml:space="preserve"> should not exceed 300 words, excluding references.</w:t>
      </w:r>
    </w:p>
    <w:tbl>
      <w:tblPr>
        <w:tblStyle w:val="Tabel-Gitter"/>
        <w:tblW w:w="10240" w:type="dxa"/>
        <w:tblLook w:val="04A0" w:firstRow="1" w:lastRow="0" w:firstColumn="1" w:lastColumn="0" w:noHBand="0" w:noVBand="1"/>
      </w:tblPr>
      <w:tblGrid>
        <w:gridCol w:w="10240"/>
      </w:tblGrid>
      <w:tr w:rsidR="00506A6A" w:rsidRPr="00531B1C" w14:paraId="44E1DCC5" w14:textId="77777777" w:rsidTr="00F8009C">
        <w:trPr>
          <w:trHeight w:val="5702"/>
        </w:trPr>
        <w:tc>
          <w:tcPr>
            <w:tcW w:w="10240" w:type="dxa"/>
          </w:tcPr>
          <w:p w14:paraId="31ECF438" w14:textId="17C8F7EC" w:rsidR="00506A6A" w:rsidRDefault="00F05B25" w:rsidP="00977A56">
            <w:pPr>
              <w:rPr>
                <w:rFonts w:asciiTheme="majorHAnsi" w:hAnsiTheme="majorHAnsi" w:cstheme="majorHAnsi"/>
              </w:rPr>
            </w:pPr>
            <w:r w:rsidRPr="00F05B25">
              <w:rPr>
                <w:rFonts w:asciiTheme="majorHAnsi" w:hAnsiTheme="majorHAnsi" w:cstheme="majorHAnsi"/>
                <w:b/>
                <w:bCs/>
              </w:rPr>
              <w:t xml:space="preserve">Paper </w:t>
            </w:r>
            <w:r w:rsidR="00506A6A" w:rsidRPr="00F05B25">
              <w:rPr>
                <w:rFonts w:asciiTheme="majorHAnsi" w:hAnsiTheme="majorHAnsi" w:cstheme="majorHAnsi"/>
                <w:b/>
                <w:bCs/>
              </w:rPr>
              <w:t>5</w:t>
            </w:r>
            <w:r w:rsidR="00506A6A">
              <w:rPr>
                <w:rFonts w:asciiTheme="majorHAnsi" w:hAnsiTheme="majorHAnsi" w:cstheme="majorHAnsi"/>
              </w:rPr>
              <w:t xml:space="preserve">) </w:t>
            </w:r>
            <w:r w:rsidR="00506A6A" w:rsidRPr="00531B1C">
              <w:rPr>
                <w:rFonts w:asciiTheme="majorHAnsi" w:hAnsiTheme="majorHAnsi" w:cstheme="majorHAnsi"/>
              </w:rPr>
              <w:t xml:space="preserve">[Enter </w:t>
            </w:r>
            <w:r w:rsidR="00506A6A">
              <w:rPr>
                <w:rFonts w:asciiTheme="majorHAnsi" w:hAnsiTheme="majorHAnsi" w:cstheme="majorHAnsi"/>
              </w:rPr>
              <w:t xml:space="preserve">abstract </w:t>
            </w:r>
            <w:r w:rsidR="00DA55B2">
              <w:rPr>
                <w:rFonts w:asciiTheme="majorHAnsi" w:hAnsiTheme="majorHAnsi" w:cstheme="majorHAnsi"/>
              </w:rPr>
              <w:t>text</w:t>
            </w:r>
            <w:r w:rsidR="00506A6A"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6A61CC27" w14:textId="77777777" w:rsidR="00506A6A" w:rsidRPr="00531B1C" w:rsidRDefault="00506A6A" w:rsidP="00977A56">
            <w:pPr>
              <w:rPr>
                <w:rFonts w:asciiTheme="majorHAnsi" w:hAnsiTheme="majorHAnsi" w:cstheme="majorHAnsi"/>
              </w:rPr>
            </w:pPr>
          </w:p>
        </w:tc>
      </w:tr>
    </w:tbl>
    <w:p w14:paraId="27DF3AEC" w14:textId="77777777" w:rsidR="00506A6A" w:rsidRDefault="00506A6A" w:rsidP="00506A6A">
      <w:pPr>
        <w:rPr>
          <w:rFonts w:asciiTheme="majorHAnsi" w:hAnsiTheme="majorHAnsi" w:cstheme="majorHAnsi"/>
        </w:rPr>
      </w:pPr>
    </w:p>
    <w:p w14:paraId="39E442E8" w14:textId="77777777" w:rsidR="00506A6A" w:rsidRDefault="00506A6A" w:rsidP="00506A6A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 xml:space="preserve">References: </w:t>
      </w:r>
    </w:p>
    <w:tbl>
      <w:tblPr>
        <w:tblStyle w:val="Tabel-Gitter"/>
        <w:tblW w:w="10240" w:type="dxa"/>
        <w:tblLook w:val="04A0" w:firstRow="1" w:lastRow="0" w:firstColumn="1" w:lastColumn="0" w:noHBand="0" w:noVBand="1"/>
      </w:tblPr>
      <w:tblGrid>
        <w:gridCol w:w="10240"/>
      </w:tblGrid>
      <w:tr w:rsidR="00506A6A" w:rsidRPr="00531B1C" w14:paraId="33BEA16D" w14:textId="77777777" w:rsidTr="00F8009C">
        <w:trPr>
          <w:trHeight w:val="2567"/>
        </w:trPr>
        <w:tc>
          <w:tcPr>
            <w:tcW w:w="10240" w:type="dxa"/>
          </w:tcPr>
          <w:p w14:paraId="04E78997" w14:textId="17AB619B" w:rsidR="00506A6A" w:rsidRDefault="005A4DD4" w:rsidP="00977A56">
            <w:pPr>
              <w:rPr>
                <w:rFonts w:asciiTheme="majorHAnsi" w:hAnsiTheme="majorHAnsi" w:cstheme="majorHAnsi"/>
              </w:rPr>
            </w:pPr>
            <w:r w:rsidRPr="005A4DD4">
              <w:rPr>
                <w:rFonts w:asciiTheme="majorHAnsi" w:hAnsiTheme="majorHAnsi" w:cstheme="majorHAnsi"/>
                <w:b/>
                <w:bCs/>
              </w:rPr>
              <w:t>Paper 5)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506A6A" w:rsidRPr="00531B1C">
              <w:rPr>
                <w:rFonts w:asciiTheme="majorHAnsi" w:hAnsiTheme="majorHAnsi" w:cstheme="majorHAnsi"/>
              </w:rPr>
              <w:t xml:space="preserve">[Enter </w:t>
            </w:r>
            <w:r>
              <w:rPr>
                <w:rFonts w:asciiTheme="majorHAnsi" w:hAnsiTheme="majorHAnsi" w:cstheme="majorHAnsi"/>
              </w:rPr>
              <w:t>references</w:t>
            </w:r>
            <w:r w:rsidR="00506A6A"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41960806" w14:textId="77777777" w:rsidR="00506A6A" w:rsidRPr="00531B1C" w:rsidRDefault="00506A6A" w:rsidP="00977A56">
            <w:pPr>
              <w:rPr>
                <w:rFonts w:asciiTheme="majorHAnsi" w:hAnsiTheme="majorHAnsi" w:cstheme="majorHAnsi"/>
              </w:rPr>
            </w:pPr>
          </w:p>
        </w:tc>
      </w:tr>
    </w:tbl>
    <w:p w14:paraId="0D2DE3BA" w14:textId="08429067" w:rsidR="008A291F" w:rsidRDefault="008A291F" w:rsidP="008A291F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 xml:space="preserve">Paper </w:t>
      </w:r>
      <w:r w:rsidR="005C5A0E">
        <w:rPr>
          <w:rFonts w:asciiTheme="majorHAnsi" w:hAnsiTheme="majorHAnsi" w:cstheme="majorHAnsi"/>
          <w:b/>
          <w:sz w:val="28"/>
          <w:szCs w:val="28"/>
        </w:rPr>
        <w:t xml:space="preserve">presentation </w:t>
      </w:r>
      <w:r>
        <w:rPr>
          <w:rFonts w:asciiTheme="majorHAnsi" w:hAnsiTheme="majorHAnsi" w:cstheme="majorHAnsi"/>
          <w:b/>
          <w:sz w:val="28"/>
          <w:szCs w:val="28"/>
        </w:rPr>
        <w:t xml:space="preserve">6) </w:t>
      </w:r>
    </w:p>
    <w:tbl>
      <w:tblPr>
        <w:tblStyle w:val="Tabel-Gitter"/>
        <w:tblW w:w="10185" w:type="dxa"/>
        <w:tblLook w:val="04A0" w:firstRow="1" w:lastRow="0" w:firstColumn="1" w:lastColumn="0" w:noHBand="0" w:noVBand="1"/>
      </w:tblPr>
      <w:tblGrid>
        <w:gridCol w:w="3383"/>
        <w:gridCol w:w="6802"/>
      </w:tblGrid>
      <w:tr w:rsidR="008A291F" w:rsidRPr="00531B1C" w14:paraId="6A932388" w14:textId="77777777" w:rsidTr="004E2138">
        <w:trPr>
          <w:trHeight w:val="1178"/>
        </w:trPr>
        <w:tc>
          <w:tcPr>
            <w:tcW w:w="3383" w:type="dxa"/>
          </w:tcPr>
          <w:p w14:paraId="3486142A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Title of</w:t>
            </w:r>
            <w:r>
              <w:rPr>
                <w:rFonts w:asciiTheme="majorHAnsi" w:hAnsiTheme="majorHAnsi" w:cstheme="majorHAnsi"/>
              </w:rPr>
              <w:t xml:space="preserve"> paper</w:t>
            </w:r>
            <w:r w:rsidRPr="00531B1C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presentation</w:t>
            </w:r>
          </w:p>
        </w:tc>
        <w:tc>
          <w:tcPr>
            <w:tcW w:w="6802" w:type="dxa"/>
          </w:tcPr>
          <w:p w14:paraId="16C04E93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</w:tc>
      </w:tr>
      <w:tr w:rsidR="008A291F" w:rsidRPr="00531B1C" w14:paraId="0D4CE503" w14:textId="77777777" w:rsidTr="004E2138">
        <w:trPr>
          <w:trHeight w:val="1112"/>
        </w:trPr>
        <w:tc>
          <w:tcPr>
            <w:tcW w:w="3383" w:type="dxa"/>
          </w:tcPr>
          <w:p w14:paraId="29C71936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Author(s)</w:t>
            </w:r>
            <w:r>
              <w:rPr>
                <w:rFonts w:asciiTheme="majorHAnsi" w:hAnsiTheme="majorHAnsi" w:cstheme="majorHAnsi"/>
              </w:rPr>
              <w:t xml:space="preserve"> and A</w:t>
            </w:r>
            <w:r w:rsidRPr="00531B1C">
              <w:rPr>
                <w:rFonts w:asciiTheme="majorHAnsi" w:hAnsiTheme="majorHAnsi" w:cstheme="majorHAnsi"/>
              </w:rPr>
              <w:t>ffiliation(s)</w:t>
            </w:r>
          </w:p>
        </w:tc>
        <w:tc>
          <w:tcPr>
            <w:tcW w:w="6802" w:type="dxa"/>
          </w:tcPr>
          <w:p w14:paraId="561EE94F" w14:textId="77777777" w:rsidR="008A291F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  <w:p w14:paraId="7AE95A7B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</w:p>
          <w:p w14:paraId="65411844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</w:p>
        </w:tc>
      </w:tr>
    </w:tbl>
    <w:p w14:paraId="4390DA7A" w14:textId="77777777" w:rsidR="008A291F" w:rsidRDefault="008A291F" w:rsidP="00061F7C">
      <w:pPr>
        <w:rPr>
          <w:rFonts w:asciiTheme="majorHAnsi" w:hAnsiTheme="majorHAnsi" w:cstheme="majorHAnsi"/>
          <w:b/>
          <w:sz w:val="28"/>
          <w:szCs w:val="28"/>
        </w:rPr>
      </w:pPr>
    </w:p>
    <w:p w14:paraId="70FB947A" w14:textId="271A5882" w:rsidR="00061F7C" w:rsidRDefault="00061F7C" w:rsidP="00061F7C">
      <w:pPr>
        <w:rPr>
          <w:rFonts w:asciiTheme="majorHAnsi" w:hAnsiTheme="majorHAnsi" w:cstheme="majorHAnsi"/>
          <w:b/>
          <w:sz w:val="28"/>
          <w:szCs w:val="28"/>
        </w:rPr>
      </w:pPr>
      <w:r w:rsidRPr="004226FA">
        <w:rPr>
          <w:rFonts w:asciiTheme="majorHAnsi" w:hAnsiTheme="majorHAnsi" w:cstheme="majorHAnsi"/>
          <w:b/>
          <w:sz w:val="28"/>
          <w:szCs w:val="28"/>
        </w:rPr>
        <w:t>Abstracts for the paper presentations involved should not exceed 300 words, excluding references.</w:t>
      </w:r>
    </w:p>
    <w:tbl>
      <w:tblPr>
        <w:tblStyle w:val="Tabel-Gitter"/>
        <w:tblW w:w="10246" w:type="dxa"/>
        <w:tblLook w:val="04A0" w:firstRow="1" w:lastRow="0" w:firstColumn="1" w:lastColumn="0" w:noHBand="0" w:noVBand="1"/>
      </w:tblPr>
      <w:tblGrid>
        <w:gridCol w:w="10246"/>
      </w:tblGrid>
      <w:tr w:rsidR="00061F7C" w14:paraId="79FE1B2B" w14:textId="77777777" w:rsidTr="004E2138">
        <w:trPr>
          <w:trHeight w:val="5419"/>
        </w:trPr>
        <w:tc>
          <w:tcPr>
            <w:tcW w:w="10246" w:type="dxa"/>
          </w:tcPr>
          <w:p w14:paraId="7E7BF1B2" w14:textId="49D118D3" w:rsidR="00061F7C" w:rsidRDefault="00061F7C" w:rsidP="004E2138">
            <w:pPr>
              <w:rPr>
                <w:rFonts w:asciiTheme="majorHAnsi" w:hAnsiTheme="majorHAnsi" w:cstheme="majorHAnsi"/>
              </w:rPr>
            </w:pPr>
            <w:r w:rsidRPr="00F05B25">
              <w:rPr>
                <w:rFonts w:asciiTheme="majorHAnsi" w:hAnsiTheme="majorHAnsi" w:cstheme="majorHAnsi"/>
                <w:b/>
                <w:bCs/>
              </w:rPr>
              <w:t xml:space="preserve">Paper </w:t>
            </w:r>
            <w:r w:rsidR="005A4DD4">
              <w:rPr>
                <w:rFonts w:asciiTheme="majorHAnsi" w:hAnsiTheme="majorHAnsi" w:cstheme="majorHAnsi"/>
                <w:b/>
                <w:bCs/>
              </w:rPr>
              <w:t>6</w:t>
            </w:r>
            <w:r w:rsidRPr="00F05B25">
              <w:rPr>
                <w:rFonts w:asciiTheme="majorHAnsi" w:hAnsiTheme="majorHAnsi" w:cstheme="majorHAnsi"/>
                <w:b/>
                <w:bCs/>
              </w:rPr>
              <w:t>)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531B1C">
              <w:rPr>
                <w:rFonts w:asciiTheme="majorHAnsi" w:hAnsiTheme="majorHAnsi" w:cstheme="majorHAnsi"/>
              </w:rPr>
              <w:t xml:space="preserve">[Enter </w:t>
            </w:r>
            <w:r>
              <w:rPr>
                <w:rFonts w:asciiTheme="majorHAnsi" w:hAnsiTheme="majorHAnsi" w:cstheme="majorHAnsi"/>
              </w:rPr>
              <w:t>abstract text</w:t>
            </w:r>
            <w:r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7672CE58" w14:textId="77777777" w:rsidR="00061F7C" w:rsidRDefault="00061F7C" w:rsidP="004E2138">
            <w:pPr>
              <w:rPr>
                <w:rFonts w:asciiTheme="majorHAnsi" w:hAnsiTheme="majorHAnsi" w:cstheme="majorHAnsi"/>
              </w:rPr>
            </w:pPr>
          </w:p>
          <w:p w14:paraId="4B525355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1A9BCB3F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1CAEB5EE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3720FA8E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2F9765FE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0A6231B6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1A8016EE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742BC32A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4F70A7CE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1BD18D1E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3D6FB329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01B24516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3EBFB119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409BA902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1EFA51D1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143F934C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09F394ED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32D89925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73F430B9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</w:tc>
      </w:tr>
    </w:tbl>
    <w:p w14:paraId="24654B77" w14:textId="77777777" w:rsidR="00061F7C" w:rsidRDefault="00061F7C" w:rsidP="00061F7C">
      <w:pPr>
        <w:rPr>
          <w:rFonts w:asciiTheme="majorHAnsi" w:hAnsiTheme="majorHAnsi" w:cstheme="majorHAnsi"/>
        </w:rPr>
      </w:pPr>
    </w:p>
    <w:p w14:paraId="5D0CDE09" w14:textId="77777777" w:rsidR="00061F7C" w:rsidRDefault="00061F7C" w:rsidP="00061F7C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 xml:space="preserve">References: </w:t>
      </w:r>
    </w:p>
    <w:tbl>
      <w:tblPr>
        <w:tblStyle w:val="Tabel-Gitter"/>
        <w:tblW w:w="10240" w:type="dxa"/>
        <w:tblLook w:val="04A0" w:firstRow="1" w:lastRow="0" w:firstColumn="1" w:lastColumn="0" w:noHBand="0" w:noVBand="1"/>
      </w:tblPr>
      <w:tblGrid>
        <w:gridCol w:w="10240"/>
      </w:tblGrid>
      <w:tr w:rsidR="00061F7C" w:rsidRPr="00531B1C" w14:paraId="1076E690" w14:textId="77777777" w:rsidTr="00F8009C">
        <w:trPr>
          <w:trHeight w:val="2677"/>
        </w:trPr>
        <w:tc>
          <w:tcPr>
            <w:tcW w:w="10240" w:type="dxa"/>
          </w:tcPr>
          <w:p w14:paraId="51AED5E3" w14:textId="30F4CF8A" w:rsidR="00061F7C" w:rsidRDefault="005A4DD4" w:rsidP="004E2138">
            <w:pPr>
              <w:rPr>
                <w:rFonts w:asciiTheme="majorHAnsi" w:hAnsiTheme="majorHAnsi" w:cstheme="majorHAnsi"/>
              </w:rPr>
            </w:pPr>
            <w:r w:rsidRPr="005A4DD4">
              <w:rPr>
                <w:rFonts w:asciiTheme="majorHAnsi" w:hAnsiTheme="majorHAnsi" w:cstheme="majorHAnsi"/>
                <w:b/>
                <w:bCs/>
              </w:rPr>
              <w:t xml:space="preserve">Paper 6) </w:t>
            </w:r>
            <w:r w:rsidR="00061F7C" w:rsidRPr="00531B1C">
              <w:rPr>
                <w:rFonts w:asciiTheme="majorHAnsi" w:hAnsiTheme="majorHAnsi" w:cstheme="majorHAnsi"/>
              </w:rPr>
              <w:t xml:space="preserve">[Enter </w:t>
            </w:r>
            <w:r>
              <w:rPr>
                <w:rFonts w:asciiTheme="majorHAnsi" w:hAnsiTheme="majorHAnsi" w:cstheme="majorHAnsi"/>
              </w:rPr>
              <w:t>references</w:t>
            </w:r>
            <w:r w:rsidR="00061F7C"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3B503E68" w14:textId="77777777" w:rsidR="00061F7C" w:rsidRPr="00531B1C" w:rsidRDefault="00061F7C" w:rsidP="004E2138">
            <w:pPr>
              <w:rPr>
                <w:rFonts w:asciiTheme="majorHAnsi" w:hAnsiTheme="majorHAnsi" w:cstheme="majorHAnsi"/>
              </w:rPr>
            </w:pPr>
          </w:p>
        </w:tc>
      </w:tr>
    </w:tbl>
    <w:p w14:paraId="58565C0F" w14:textId="1535B485" w:rsidR="008A291F" w:rsidRDefault="008A291F" w:rsidP="008A291F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 xml:space="preserve">Paper </w:t>
      </w:r>
      <w:r w:rsidR="005C5A0E">
        <w:rPr>
          <w:rFonts w:asciiTheme="majorHAnsi" w:hAnsiTheme="majorHAnsi" w:cstheme="majorHAnsi"/>
          <w:b/>
          <w:sz w:val="28"/>
          <w:szCs w:val="28"/>
        </w:rPr>
        <w:t xml:space="preserve">presentation </w:t>
      </w:r>
      <w:r>
        <w:rPr>
          <w:rFonts w:asciiTheme="majorHAnsi" w:hAnsiTheme="majorHAnsi" w:cstheme="majorHAnsi"/>
          <w:b/>
          <w:sz w:val="28"/>
          <w:szCs w:val="28"/>
        </w:rPr>
        <w:t xml:space="preserve">7) </w:t>
      </w:r>
    </w:p>
    <w:tbl>
      <w:tblPr>
        <w:tblStyle w:val="Tabel-Gitter"/>
        <w:tblW w:w="10185" w:type="dxa"/>
        <w:tblLook w:val="04A0" w:firstRow="1" w:lastRow="0" w:firstColumn="1" w:lastColumn="0" w:noHBand="0" w:noVBand="1"/>
      </w:tblPr>
      <w:tblGrid>
        <w:gridCol w:w="3383"/>
        <w:gridCol w:w="6802"/>
      </w:tblGrid>
      <w:tr w:rsidR="008A291F" w:rsidRPr="00531B1C" w14:paraId="74493A02" w14:textId="77777777" w:rsidTr="004E2138">
        <w:trPr>
          <w:trHeight w:val="1178"/>
        </w:trPr>
        <w:tc>
          <w:tcPr>
            <w:tcW w:w="3383" w:type="dxa"/>
          </w:tcPr>
          <w:p w14:paraId="0416903B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Title of</w:t>
            </w:r>
            <w:r>
              <w:rPr>
                <w:rFonts w:asciiTheme="majorHAnsi" w:hAnsiTheme="majorHAnsi" w:cstheme="majorHAnsi"/>
              </w:rPr>
              <w:t xml:space="preserve"> paper</w:t>
            </w:r>
            <w:r w:rsidRPr="00531B1C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presentation</w:t>
            </w:r>
          </w:p>
        </w:tc>
        <w:tc>
          <w:tcPr>
            <w:tcW w:w="6802" w:type="dxa"/>
          </w:tcPr>
          <w:p w14:paraId="70A7E6AC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</w:tc>
      </w:tr>
      <w:tr w:rsidR="008A291F" w:rsidRPr="00531B1C" w14:paraId="7AC8B8D1" w14:textId="77777777" w:rsidTr="004E2138">
        <w:trPr>
          <w:trHeight w:val="1112"/>
        </w:trPr>
        <w:tc>
          <w:tcPr>
            <w:tcW w:w="3383" w:type="dxa"/>
          </w:tcPr>
          <w:p w14:paraId="384363BA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Author(s)</w:t>
            </w:r>
            <w:r>
              <w:rPr>
                <w:rFonts w:asciiTheme="majorHAnsi" w:hAnsiTheme="majorHAnsi" w:cstheme="majorHAnsi"/>
              </w:rPr>
              <w:t xml:space="preserve"> and A</w:t>
            </w:r>
            <w:r w:rsidRPr="00531B1C">
              <w:rPr>
                <w:rFonts w:asciiTheme="majorHAnsi" w:hAnsiTheme="majorHAnsi" w:cstheme="majorHAnsi"/>
              </w:rPr>
              <w:t>ffiliation(s)</w:t>
            </w:r>
          </w:p>
        </w:tc>
        <w:tc>
          <w:tcPr>
            <w:tcW w:w="6802" w:type="dxa"/>
          </w:tcPr>
          <w:p w14:paraId="0C5599EF" w14:textId="77777777" w:rsidR="008A291F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  <w:p w14:paraId="4AFF249D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</w:p>
          <w:p w14:paraId="392C7D1E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</w:p>
        </w:tc>
      </w:tr>
    </w:tbl>
    <w:p w14:paraId="3EC2F5A4" w14:textId="77777777" w:rsidR="008A291F" w:rsidRDefault="008A291F" w:rsidP="00061F7C">
      <w:pPr>
        <w:rPr>
          <w:rFonts w:asciiTheme="majorHAnsi" w:hAnsiTheme="majorHAnsi" w:cstheme="majorHAnsi"/>
          <w:b/>
          <w:sz w:val="28"/>
          <w:szCs w:val="28"/>
        </w:rPr>
      </w:pPr>
    </w:p>
    <w:p w14:paraId="7F004334" w14:textId="1B2D953D" w:rsidR="00061F7C" w:rsidRDefault="00061F7C" w:rsidP="00061F7C">
      <w:pPr>
        <w:rPr>
          <w:rFonts w:asciiTheme="majorHAnsi" w:hAnsiTheme="majorHAnsi" w:cstheme="majorHAnsi"/>
          <w:b/>
          <w:sz w:val="28"/>
          <w:szCs w:val="28"/>
        </w:rPr>
      </w:pPr>
      <w:r w:rsidRPr="004226FA">
        <w:rPr>
          <w:rFonts w:asciiTheme="majorHAnsi" w:hAnsiTheme="majorHAnsi" w:cstheme="majorHAnsi"/>
          <w:b/>
          <w:sz w:val="28"/>
          <w:szCs w:val="28"/>
        </w:rPr>
        <w:t>Abstracts for the paper presentations involved should not exceed 300 words, excluding references.</w:t>
      </w:r>
    </w:p>
    <w:tbl>
      <w:tblPr>
        <w:tblStyle w:val="Tabel-Gitter"/>
        <w:tblW w:w="10246" w:type="dxa"/>
        <w:tblLook w:val="04A0" w:firstRow="1" w:lastRow="0" w:firstColumn="1" w:lastColumn="0" w:noHBand="0" w:noVBand="1"/>
      </w:tblPr>
      <w:tblGrid>
        <w:gridCol w:w="10246"/>
      </w:tblGrid>
      <w:tr w:rsidR="00061F7C" w14:paraId="6664B360" w14:textId="77777777" w:rsidTr="00F8009C">
        <w:trPr>
          <w:trHeight w:val="5057"/>
        </w:trPr>
        <w:tc>
          <w:tcPr>
            <w:tcW w:w="10246" w:type="dxa"/>
          </w:tcPr>
          <w:p w14:paraId="481F19ED" w14:textId="247539FA" w:rsidR="00061F7C" w:rsidRDefault="00061F7C" w:rsidP="004E2138">
            <w:pPr>
              <w:rPr>
                <w:rFonts w:asciiTheme="majorHAnsi" w:hAnsiTheme="majorHAnsi" w:cstheme="majorHAnsi"/>
              </w:rPr>
            </w:pPr>
            <w:r w:rsidRPr="00F05B25">
              <w:rPr>
                <w:rFonts w:asciiTheme="majorHAnsi" w:hAnsiTheme="majorHAnsi" w:cstheme="majorHAnsi"/>
                <w:b/>
                <w:bCs/>
              </w:rPr>
              <w:t xml:space="preserve">Paper </w:t>
            </w:r>
            <w:r w:rsidR="00396845">
              <w:rPr>
                <w:rFonts w:asciiTheme="majorHAnsi" w:hAnsiTheme="majorHAnsi" w:cstheme="majorHAnsi"/>
                <w:b/>
                <w:bCs/>
              </w:rPr>
              <w:t>7</w:t>
            </w:r>
            <w:r w:rsidRPr="00F05B25">
              <w:rPr>
                <w:rFonts w:asciiTheme="majorHAnsi" w:hAnsiTheme="majorHAnsi" w:cstheme="majorHAnsi"/>
                <w:b/>
                <w:bCs/>
              </w:rPr>
              <w:t>)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531B1C">
              <w:rPr>
                <w:rFonts w:asciiTheme="majorHAnsi" w:hAnsiTheme="majorHAnsi" w:cstheme="majorHAnsi"/>
              </w:rPr>
              <w:t xml:space="preserve">[Enter </w:t>
            </w:r>
            <w:r>
              <w:rPr>
                <w:rFonts w:asciiTheme="majorHAnsi" w:hAnsiTheme="majorHAnsi" w:cstheme="majorHAnsi"/>
              </w:rPr>
              <w:t>abstract text</w:t>
            </w:r>
            <w:r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6C3272A2" w14:textId="77777777" w:rsidR="00061F7C" w:rsidRDefault="00061F7C" w:rsidP="004E2138">
            <w:pPr>
              <w:rPr>
                <w:rFonts w:asciiTheme="majorHAnsi" w:hAnsiTheme="majorHAnsi" w:cstheme="majorHAnsi"/>
              </w:rPr>
            </w:pPr>
          </w:p>
        </w:tc>
      </w:tr>
    </w:tbl>
    <w:p w14:paraId="404253E6" w14:textId="77777777" w:rsidR="00061F7C" w:rsidRDefault="00061F7C" w:rsidP="00061F7C">
      <w:pPr>
        <w:rPr>
          <w:rFonts w:asciiTheme="majorHAnsi" w:hAnsiTheme="majorHAnsi" w:cstheme="majorHAnsi"/>
        </w:rPr>
      </w:pPr>
    </w:p>
    <w:p w14:paraId="4B997938" w14:textId="77777777" w:rsidR="00061F7C" w:rsidRDefault="00061F7C" w:rsidP="00061F7C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 xml:space="preserve">References: </w:t>
      </w:r>
    </w:p>
    <w:tbl>
      <w:tblPr>
        <w:tblStyle w:val="Tabel-Gitter"/>
        <w:tblW w:w="10240" w:type="dxa"/>
        <w:tblLook w:val="04A0" w:firstRow="1" w:lastRow="0" w:firstColumn="1" w:lastColumn="0" w:noHBand="0" w:noVBand="1"/>
      </w:tblPr>
      <w:tblGrid>
        <w:gridCol w:w="10240"/>
      </w:tblGrid>
      <w:tr w:rsidR="00061F7C" w:rsidRPr="00531B1C" w14:paraId="51C1EFCD" w14:textId="77777777" w:rsidTr="00F8009C">
        <w:trPr>
          <w:trHeight w:val="3068"/>
        </w:trPr>
        <w:tc>
          <w:tcPr>
            <w:tcW w:w="10240" w:type="dxa"/>
          </w:tcPr>
          <w:p w14:paraId="59CC2AF0" w14:textId="5A15A16C" w:rsidR="00061F7C" w:rsidRDefault="00396845" w:rsidP="004E2138">
            <w:pPr>
              <w:rPr>
                <w:rFonts w:asciiTheme="majorHAnsi" w:hAnsiTheme="majorHAnsi" w:cstheme="majorHAnsi"/>
              </w:rPr>
            </w:pPr>
            <w:r w:rsidRPr="00396845">
              <w:rPr>
                <w:rFonts w:asciiTheme="majorHAnsi" w:hAnsiTheme="majorHAnsi" w:cstheme="majorHAnsi"/>
                <w:b/>
                <w:bCs/>
              </w:rPr>
              <w:t>Paper 7)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061F7C" w:rsidRPr="00531B1C">
              <w:rPr>
                <w:rFonts w:asciiTheme="majorHAnsi" w:hAnsiTheme="majorHAnsi" w:cstheme="majorHAnsi"/>
              </w:rPr>
              <w:t>[Enter</w:t>
            </w:r>
            <w:r>
              <w:rPr>
                <w:rFonts w:asciiTheme="majorHAnsi" w:hAnsiTheme="majorHAnsi" w:cstheme="majorHAnsi"/>
              </w:rPr>
              <w:t xml:space="preserve"> references</w:t>
            </w:r>
            <w:r w:rsidR="00061F7C"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25AC2063" w14:textId="77777777" w:rsidR="00061F7C" w:rsidRDefault="00061F7C" w:rsidP="004E2138">
            <w:pPr>
              <w:rPr>
                <w:rFonts w:asciiTheme="majorHAnsi" w:hAnsiTheme="majorHAnsi" w:cstheme="majorHAnsi"/>
              </w:rPr>
            </w:pPr>
          </w:p>
          <w:p w14:paraId="6EE75EE8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15D788DF" w14:textId="77777777" w:rsidR="006712E1" w:rsidRDefault="006712E1" w:rsidP="004E2138">
            <w:pPr>
              <w:rPr>
                <w:rFonts w:asciiTheme="majorHAnsi" w:hAnsiTheme="majorHAnsi" w:cstheme="majorHAnsi"/>
              </w:rPr>
            </w:pPr>
          </w:p>
          <w:p w14:paraId="2FB02060" w14:textId="77777777" w:rsidR="006712E1" w:rsidRDefault="006712E1" w:rsidP="004E2138">
            <w:pPr>
              <w:rPr>
                <w:rFonts w:asciiTheme="majorHAnsi" w:hAnsiTheme="majorHAnsi" w:cstheme="majorHAnsi"/>
              </w:rPr>
            </w:pPr>
          </w:p>
          <w:p w14:paraId="5534E8CD" w14:textId="77777777" w:rsidR="006712E1" w:rsidRDefault="006712E1" w:rsidP="004E2138">
            <w:pPr>
              <w:rPr>
                <w:rFonts w:asciiTheme="majorHAnsi" w:hAnsiTheme="majorHAnsi" w:cstheme="majorHAnsi"/>
              </w:rPr>
            </w:pPr>
          </w:p>
          <w:p w14:paraId="01FD431F" w14:textId="77777777" w:rsidR="006712E1" w:rsidRDefault="006712E1" w:rsidP="004E2138">
            <w:pPr>
              <w:rPr>
                <w:rFonts w:asciiTheme="majorHAnsi" w:hAnsiTheme="majorHAnsi" w:cstheme="majorHAnsi"/>
              </w:rPr>
            </w:pPr>
          </w:p>
          <w:p w14:paraId="0D12BD9A" w14:textId="77777777" w:rsidR="006712E1" w:rsidRDefault="006712E1" w:rsidP="004E2138">
            <w:pPr>
              <w:rPr>
                <w:rFonts w:asciiTheme="majorHAnsi" w:hAnsiTheme="majorHAnsi" w:cstheme="majorHAnsi"/>
              </w:rPr>
            </w:pPr>
          </w:p>
          <w:p w14:paraId="641C22F0" w14:textId="77777777" w:rsidR="006712E1" w:rsidRDefault="006712E1" w:rsidP="004E2138">
            <w:pPr>
              <w:rPr>
                <w:rFonts w:asciiTheme="majorHAnsi" w:hAnsiTheme="majorHAnsi" w:cstheme="majorHAnsi"/>
              </w:rPr>
            </w:pPr>
          </w:p>
          <w:p w14:paraId="7A39A39B" w14:textId="77777777" w:rsidR="006712E1" w:rsidRDefault="006712E1" w:rsidP="004E2138">
            <w:pPr>
              <w:rPr>
                <w:rFonts w:asciiTheme="majorHAnsi" w:hAnsiTheme="majorHAnsi" w:cstheme="majorHAnsi"/>
              </w:rPr>
            </w:pPr>
          </w:p>
          <w:p w14:paraId="089831FA" w14:textId="77777777" w:rsidR="006712E1" w:rsidRPr="00531B1C" w:rsidRDefault="006712E1" w:rsidP="004E2138">
            <w:pPr>
              <w:rPr>
                <w:rFonts w:asciiTheme="majorHAnsi" w:hAnsiTheme="majorHAnsi" w:cstheme="majorHAnsi"/>
              </w:rPr>
            </w:pPr>
          </w:p>
        </w:tc>
      </w:tr>
    </w:tbl>
    <w:p w14:paraId="5ECC7EBA" w14:textId="21462B4A" w:rsidR="008A291F" w:rsidRDefault="008A291F" w:rsidP="008A291F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 xml:space="preserve">Paper </w:t>
      </w:r>
      <w:r w:rsidR="005C5A0E">
        <w:rPr>
          <w:rFonts w:asciiTheme="majorHAnsi" w:hAnsiTheme="majorHAnsi" w:cstheme="majorHAnsi"/>
          <w:b/>
          <w:sz w:val="28"/>
          <w:szCs w:val="28"/>
        </w:rPr>
        <w:t xml:space="preserve">presentation </w:t>
      </w:r>
      <w:r>
        <w:rPr>
          <w:rFonts w:asciiTheme="majorHAnsi" w:hAnsiTheme="majorHAnsi" w:cstheme="majorHAnsi"/>
          <w:b/>
          <w:sz w:val="28"/>
          <w:szCs w:val="28"/>
        </w:rPr>
        <w:t xml:space="preserve">8) </w:t>
      </w:r>
    </w:p>
    <w:tbl>
      <w:tblPr>
        <w:tblStyle w:val="Tabel-Gitter"/>
        <w:tblW w:w="10185" w:type="dxa"/>
        <w:tblLook w:val="04A0" w:firstRow="1" w:lastRow="0" w:firstColumn="1" w:lastColumn="0" w:noHBand="0" w:noVBand="1"/>
      </w:tblPr>
      <w:tblGrid>
        <w:gridCol w:w="3383"/>
        <w:gridCol w:w="6802"/>
      </w:tblGrid>
      <w:tr w:rsidR="008A291F" w:rsidRPr="00531B1C" w14:paraId="27AF4499" w14:textId="77777777" w:rsidTr="004E2138">
        <w:trPr>
          <w:trHeight w:val="1178"/>
        </w:trPr>
        <w:tc>
          <w:tcPr>
            <w:tcW w:w="3383" w:type="dxa"/>
          </w:tcPr>
          <w:p w14:paraId="662686E7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Title of</w:t>
            </w:r>
            <w:r>
              <w:rPr>
                <w:rFonts w:asciiTheme="majorHAnsi" w:hAnsiTheme="majorHAnsi" w:cstheme="majorHAnsi"/>
              </w:rPr>
              <w:t xml:space="preserve"> paper</w:t>
            </w:r>
            <w:r w:rsidRPr="00531B1C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presentation</w:t>
            </w:r>
          </w:p>
        </w:tc>
        <w:tc>
          <w:tcPr>
            <w:tcW w:w="6802" w:type="dxa"/>
          </w:tcPr>
          <w:p w14:paraId="6F122F58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</w:tc>
      </w:tr>
      <w:tr w:rsidR="008A291F" w:rsidRPr="00531B1C" w14:paraId="10B21AB4" w14:textId="77777777" w:rsidTr="004E2138">
        <w:trPr>
          <w:trHeight w:val="1112"/>
        </w:trPr>
        <w:tc>
          <w:tcPr>
            <w:tcW w:w="3383" w:type="dxa"/>
          </w:tcPr>
          <w:p w14:paraId="09E75E5A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Author(s)</w:t>
            </w:r>
            <w:r>
              <w:rPr>
                <w:rFonts w:asciiTheme="majorHAnsi" w:hAnsiTheme="majorHAnsi" w:cstheme="majorHAnsi"/>
              </w:rPr>
              <w:t xml:space="preserve"> and A</w:t>
            </w:r>
            <w:r w:rsidRPr="00531B1C">
              <w:rPr>
                <w:rFonts w:asciiTheme="majorHAnsi" w:hAnsiTheme="majorHAnsi" w:cstheme="majorHAnsi"/>
              </w:rPr>
              <w:t>ffiliation(s)</w:t>
            </w:r>
          </w:p>
        </w:tc>
        <w:tc>
          <w:tcPr>
            <w:tcW w:w="6802" w:type="dxa"/>
          </w:tcPr>
          <w:p w14:paraId="0C1B6217" w14:textId="77777777" w:rsidR="008A291F" w:rsidRDefault="008A291F" w:rsidP="004E2138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  <w:p w14:paraId="118EB319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</w:p>
          <w:p w14:paraId="2A79760A" w14:textId="77777777" w:rsidR="008A291F" w:rsidRPr="00531B1C" w:rsidRDefault="008A291F" w:rsidP="004E2138">
            <w:pPr>
              <w:rPr>
                <w:rFonts w:asciiTheme="majorHAnsi" w:hAnsiTheme="majorHAnsi" w:cstheme="majorHAnsi"/>
              </w:rPr>
            </w:pPr>
          </w:p>
        </w:tc>
      </w:tr>
    </w:tbl>
    <w:p w14:paraId="0181775B" w14:textId="77777777" w:rsidR="008A291F" w:rsidRDefault="008A291F" w:rsidP="00061F7C">
      <w:pPr>
        <w:rPr>
          <w:rFonts w:asciiTheme="majorHAnsi" w:hAnsiTheme="majorHAnsi" w:cstheme="majorHAnsi"/>
          <w:b/>
          <w:sz w:val="28"/>
          <w:szCs w:val="28"/>
        </w:rPr>
      </w:pPr>
    </w:p>
    <w:p w14:paraId="74B37227" w14:textId="217430D1" w:rsidR="00061F7C" w:rsidRDefault="00061F7C" w:rsidP="00061F7C">
      <w:pPr>
        <w:rPr>
          <w:rFonts w:asciiTheme="majorHAnsi" w:hAnsiTheme="majorHAnsi" w:cstheme="majorHAnsi"/>
          <w:b/>
          <w:sz w:val="28"/>
          <w:szCs w:val="28"/>
        </w:rPr>
      </w:pPr>
      <w:r w:rsidRPr="004226FA">
        <w:rPr>
          <w:rFonts w:asciiTheme="majorHAnsi" w:hAnsiTheme="majorHAnsi" w:cstheme="majorHAnsi"/>
          <w:b/>
          <w:sz w:val="28"/>
          <w:szCs w:val="28"/>
        </w:rPr>
        <w:t>Abstracts for the paper presentations involved should not exceed 300 words, excluding references.</w:t>
      </w:r>
    </w:p>
    <w:tbl>
      <w:tblPr>
        <w:tblStyle w:val="Tabel-Gitter"/>
        <w:tblW w:w="10246" w:type="dxa"/>
        <w:tblLook w:val="04A0" w:firstRow="1" w:lastRow="0" w:firstColumn="1" w:lastColumn="0" w:noHBand="0" w:noVBand="1"/>
      </w:tblPr>
      <w:tblGrid>
        <w:gridCol w:w="10246"/>
      </w:tblGrid>
      <w:tr w:rsidR="00061F7C" w14:paraId="7B81CD01" w14:textId="77777777" w:rsidTr="00F8009C">
        <w:trPr>
          <w:trHeight w:val="5135"/>
        </w:trPr>
        <w:tc>
          <w:tcPr>
            <w:tcW w:w="10246" w:type="dxa"/>
          </w:tcPr>
          <w:p w14:paraId="232F2680" w14:textId="15C1B8F7" w:rsidR="00061F7C" w:rsidRDefault="00061F7C" w:rsidP="004E2138">
            <w:pPr>
              <w:rPr>
                <w:rFonts w:asciiTheme="majorHAnsi" w:hAnsiTheme="majorHAnsi" w:cstheme="majorHAnsi"/>
              </w:rPr>
            </w:pPr>
            <w:r w:rsidRPr="00F05B25">
              <w:rPr>
                <w:rFonts w:asciiTheme="majorHAnsi" w:hAnsiTheme="majorHAnsi" w:cstheme="majorHAnsi"/>
                <w:b/>
                <w:bCs/>
              </w:rPr>
              <w:t xml:space="preserve">Paper </w:t>
            </w:r>
            <w:r w:rsidR="00396845">
              <w:rPr>
                <w:rFonts w:asciiTheme="majorHAnsi" w:hAnsiTheme="majorHAnsi" w:cstheme="majorHAnsi"/>
                <w:b/>
                <w:bCs/>
              </w:rPr>
              <w:t>8</w:t>
            </w:r>
            <w:r w:rsidRPr="00F05B25">
              <w:rPr>
                <w:rFonts w:asciiTheme="majorHAnsi" w:hAnsiTheme="majorHAnsi" w:cstheme="majorHAnsi"/>
                <w:b/>
                <w:bCs/>
              </w:rPr>
              <w:t>)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531B1C">
              <w:rPr>
                <w:rFonts w:asciiTheme="majorHAnsi" w:hAnsiTheme="majorHAnsi" w:cstheme="majorHAnsi"/>
              </w:rPr>
              <w:t xml:space="preserve">[Enter </w:t>
            </w:r>
            <w:r>
              <w:rPr>
                <w:rFonts w:asciiTheme="majorHAnsi" w:hAnsiTheme="majorHAnsi" w:cstheme="majorHAnsi"/>
              </w:rPr>
              <w:t>abstract text</w:t>
            </w:r>
            <w:r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62E4B85E" w14:textId="77777777" w:rsidR="00061F7C" w:rsidRDefault="00061F7C" w:rsidP="004E2138">
            <w:pPr>
              <w:rPr>
                <w:rFonts w:asciiTheme="majorHAnsi" w:hAnsiTheme="majorHAnsi" w:cstheme="majorHAnsi"/>
              </w:rPr>
            </w:pPr>
          </w:p>
        </w:tc>
      </w:tr>
    </w:tbl>
    <w:p w14:paraId="22911245" w14:textId="708E85DF" w:rsidR="00061F7C" w:rsidRDefault="006712E1" w:rsidP="00061F7C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br/>
      </w:r>
      <w:r w:rsidR="00061F7C">
        <w:rPr>
          <w:rFonts w:asciiTheme="majorHAnsi" w:hAnsiTheme="majorHAnsi" w:cstheme="majorHAnsi"/>
          <w:b/>
          <w:sz w:val="28"/>
          <w:szCs w:val="28"/>
        </w:rPr>
        <w:t xml:space="preserve">References: </w:t>
      </w:r>
    </w:p>
    <w:tbl>
      <w:tblPr>
        <w:tblStyle w:val="Tabel-Gitter"/>
        <w:tblW w:w="10240" w:type="dxa"/>
        <w:tblLook w:val="04A0" w:firstRow="1" w:lastRow="0" w:firstColumn="1" w:lastColumn="0" w:noHBand="0" w:noVBand="1"/>
      </w:tblPr>
      <w:tblGrid>
        <w:gridCol w:w="10240"/>
      </w:tblGrid>
      <w:tr w:rsidR="00061F7C" w:rsidRPr="00531B1C" w14:paraId="2465B92A" w14:textId="77777777" w:rsidTr="006712E1">
        <w:trPr>
          <w:trHeight w:val="2510"/>
        </w:trPr>
        <w:tc>
          <w:tcPr>
            <w:tcW w:w="10240" w:type="dxa"/>
          </w:tcPr>
          <w:p w14:paraId="3276A900" w14:textId="4C72E704" w:rsidR="00061F7C" w:rsidRDefault="00396845" w:rsidP="004E2138">
            <w:pPr>
              <w:rPr>
                <w:rFonts w:asciiTheme="majorHAnsi" w:hAnsiTheme="majorHAnsi" w:cstheme="majorHAnsi"/>
              </w:rPr>
            </w:pPr>
            <w:r w:rsidRPr="00396845">
              <w:rPr>
                <w:rFonts w:asciiTheme="majorHAnsi" w:hAnsiTheme="majorHAnsi" w:cstheme="majorHAnsi"/>
                <w:b/>
                <w:bCs/>
              </w:rPr>
              <w:t>Paper 8)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061F7C" w:rsidRPr="00531B1C">
              <w:rPr>
                <w:rFonts w:asciiTheme="majorHAnsi" w:hAnsiTheme="majorHAnsi" w:cstheme="majorHAnsi"/>
              </w:rPr>
              <w:t>[Enter information here]</w:t>
            </w:r>
          </w:p>
          <w:p w14:paraId="3B55692E" w14:textId="77777777" w:rsidR="00061F7C" w:rsidRDefault="00061F7C" w:rsidP="004E2138">
            <w:pPr>
              <w:rPr>
                <w:rFonts w:asciiTheme="majorHAnsi" w:hAnsiTheme="majorHAnsi" w:cstheme="majorHAnsi"/>
              </w:rPr>
            </w:pPr>
          </w:p>
          <w:p w14:paraId="5CAE9787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36F35226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25C94742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02A6F8C9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37B7540D" w14:textId="6CEF0DF2" w:rsidR="00F8009C" w:rsidRDefault="006712E1" w:rsidP="004E213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br/>
            </w:r>
            <w:r>
              <w:rPr>
                <w:rFonts w:asciiTheme="majorHAnsi" w:hAnsiTheme="majorHAnsi" w:cstheme="majorHAnsi"/>
              </w:rPr>
              <w:br/>
            </w:r>
          </w:p>
          <w:p w14:paraId="66914C8B" w14:textId="77777777" w:rsidR="00F8009C" w:rsidRDefault="00F8009C" w:rsidP="004E2138">
            <w:pPr>
              <w:rPr>
                <w:rFonts w:asciiTheme="majorHAnsi" w:hAnsiTheme="majorHAnsi" w:cstheme="majorHAnsi"/>
              </w:rPr>
            </w:pPr>
          </w:p>
          <w:p w14:paraId="0D3E26DE" w14:textId="77777777" w:rsidR="00F8009C" w:rsidRPr="00531B1C" w:rsidRDefault="00F8009C" w:rsidP="004E2138">
            <w:pPr>
              <w:rPr>
                <w:rFonts w:asciiTheme="majorHAnsi" w:hAnsiTheme="majorHAnsi" w:cstheme="majorHAnsi"/>
              </w:rPr>
            </w:pPr>
          </w:p>
        </w:tc>
      </w:tr>
    </w:tbl>
    <w:p w14:paraId="4160539B" w14:textId="56F0DA82" w:rsidR="006B5E51" w:rsidRPr="00B50E48" w:rsidRDefault="006B5E51" w:rsidP="006712E1">
      <w:pPr>
        <w:rPr>
          <w:rFonts w:asciiTheme="majorHAnsi" w:hAnsiTheme="majorHAnsi" w:cstheme="majorHAnsi"/>
          <w:b/>
          <w:bCs/>
          <w:sz w:val="28"/>
          <w:szCs w:val="28"/>
        </w:rPr>
      </w:pPr>
    </w:p>
    <w:sectPr w:rsidR="006B5E51" w:rsidRPr="00B50E48" w:rsidSect="00CE5EA8">
      <w:footerReference w:type="default" r:id="rId11"/>
      <w:pgSz w:w="12240" w:h="15840"/>
      <w:pgMar w:top="567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48A6A" w14:textId="77777777" w:rsidR="00C007F0" w:rsidRDefault="00C007F0" w:rsidP="007313A3">
      <w:pPr>
        <w:spacing w:after="0" w:line="240" w:lineRule="auto"/>
      </w:pPr>
      <w:r>
        <w:separator/>
      </w:r>
    </w:p>
  </w:endnote>
  <w:endnote w:type="continuationSeparator" w:id="0">
    <w:p w14:paraId="5FDF5F21" w14:textId="77777777" w:rsidR="00C007F0" w:rsidRDefault="00C007F0" w:rsidP="00731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3131364"/>
      <w:docPartObj>
        <w:docPartGallery w:val="Page Numbers (Bottom of Page)"/>
        <w:docPartUnique/>
      </w:docPartObj>
    </w:sdtPr>
    <w:sdtEndPr/>
    <w:sdtContent>
      <w:p w14:paraId="58D6B05F" w14:textId="3F674956" w:rsidR="007313A3" w:rsidRDefault="007313A3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14:paraId="6F747B56" w14:textId="77777777" w:rsidR="007313A3" w:rsidRDefault="007313A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D469A" w14:textId="77777777" w:rsidR="00C007F0" w:rsidRDefault="00C007F0" w:rsidP="007313A3">
      <w:pPr>
        <w:spacing w:after="0" w:line="240" w:lineRule="auto"/>
      </w:pPr>
      <w:r>
        <w:separator/>
      </w:r>
    </w:p>
  </w:footnote>
  <w:footnote w:type="continuationSeparator" w:id="0">
    <w:p w14:paraId="711D40ED" w14:textId="77777777" w:rsidR="00C007F0" w:rsidRDefault="00C007F0" w:rsidP="007313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0167069">
    <w:abstractNumId w:val="8"/>
  </w:num>
  <w:num w:numId="2" w16cid:durableId="209998803">
    <w:abstractNumId w:val="6"/>
  </w:num>
  <w:num w:numId="3" w16cid:durableId="1338003797">
    <w:abstractNumId w:val="5"/>
  </w:num>
  <w:num w:numId="4" w16cid:durableId="1091121560">
    <w:abstractNumId w:val="4"/>
  </w:num>
  <w:num w:numId="5" w16cid:durableId="1044406550">
    <w:abstractNumId w:val="7"/>
  </w:num>
  <w:num w:numId="6" w16cid:durableId="1108739231">
    <w:abstractNumId w:val="3"/>
  </w:num>
  <w:num w:numId="7" w16cid:durableId="517429142">
    <w:abstractNumId w:val="2"/>
  </w:num>
  <w:num w:numId="8" w16cid:durableId="1613904229">
    <w:abstractNumId w:val="1"/>
  </w:num>
  <w:num w:numId="9" w16cid:durableId="124198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566"/>
    <w:rsid w:val="0006063C"/>
    <w:rsid w:val="00061F7C"/>
    <w:rsid w:val="000A12DA"/>
    <w:rsid w:val="0010414C"/>
    <w:rsid w:val="00126F08"/>
    <w:rsid w:val="0015074B"/>
    <w:rsid w:val="00244E25"/>
    <w:rsid w:val="00253097"/>
    <w:rsid w:val="0029639D"/>
    <w:rsid w:val="00306181"/>
    <w:rsid w:val="00326F90"/>
    <w:rsid w:val="00352760"/>
    <w:rsid w:val="0038783C"/>
    <w:rsid w:val="00396845"/>
    <w:rsid w:val="003B58BE"/>
    <w:rsid w:val="003C44DE"/>
    <w:rsid w:val="003E2C0B"/>
    <w:rsid w:val="004226FA"/>
    <w:rsid w:val="0044188B"/>
    <w:rsid w:val="004503B4"/>
    <w:rsid w:val="00506A6A"/>
    <w:rsid w:val="00531B1C"/>
    <w:rsid w:val="005A4DD4"/>
    <w:rsid w:val="005C5A0E"/>
    <w:rsid w:val="0061707E"/>
    <w:rsid w:val="00626794"/>
    <w:rsid w:val="006712E1"/>
    <w:rsid w:val="006A0080"/>
    <w:rsid w:val="006B5E51"/>
    <w:rsid w:val="006D1CE4"/>
    <w:rsid w:val="006E2DC7"/>
    <w:rsid w:val="00726E49"/>
    <w:rsid w:val="007313A3"/>
    <w:rsid w:val="00755309"/>
    <w:rsid w:val="007730B4"/>
    <w:rsid w:val="007C2E7C"/>
    <w:rsid w:val="007E7D94"/>
    <w:rsid w:val="00802EB7"/>
    <w:rsid w:val="008136D9"/>
    <w:rsid w:val="008A291F"/>
    <w:rsid w:val="008A5D12"/>
    <w:rsid w:val="008C667B"/>
    <w:rsid w:val="009922C1"/>
    <w:rsid w:val="00996CB1"/>
    <w:rsid w:val="00A046AE"/>
    <w:rsid w:val="00A05F94"/>
    <w:rsid w:val="00A437F2"/>
    <w:rsid w:val="00A5759D"/>
    <w:rsid w:val="00AA1D8D"/>
    <w:rsid w:val="00AA5000"/>
    <w:rsid w:val="00AE5991"/>
    <w:rsid w:val="00B47730"/>
    <w:rsid w:val="00B50680"/>
    <w:rsid w:val="00B50E48"/>
    <w:rsid w:val="00BD4D5A"/>
    <w:rsid w:val="00C007F0"/>
    <w:rsid w:val="00C17B2F"/>
    <w:rsid w:val="00C53F1D"/>
    <w:rsid w:val="00C6687C"/>
    <w:rsid w:val="00CB0664"/>
    <w:rsid w:val="00CE0BFE"/>
    <w:rsid w:val="00CE5EA8"/>
    <w:rsid w:val="00DA55B2"/>
    <w:rsid w:val="00E139AC"/>
    <w:rsid w:val="00ED1FFE"/>
    <w:rsid w:val="00F01FC8"/>
    <w:rsid w:val="00F05B25"/>
    <w:rsid w:val="00F6069B"/>
    <w:rsid w:val="00F800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30"/>
  <w15:docId w15:val="{B0B46612-6792-4A87-98B7-491E96BC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91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_x00e6_kkef_x00f8_lge xmlns="8dcee066-3a34-4e8c-a93c-3be82b049706" xsi:nil="true"/>
    <TaxCatchAll xmlns="49f78d69-f27c-4dfc-b36e-9568fb6f63d0" xsi:nil="true"/>
    <lcf76f155ced4ddcb4097134ff3c332f xmlns="8dcee066-3a34-4e8c-a93c-3be82b049706">
      <Terms xmlns="http://schemas.microsoft.com/office/infopath/2007/PartnerControls"/>
    </lcf76f155ced4ddcb4097134ff3c332f>
    <Herkanbudget_x002d_og_x00f8_konomiansvarligefindes xmlns="8dcee066-3a34-4e8c-a93c-3be82b04970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FFEF82C8A61E41815DB7312F67C9FF" ma:contentTypeVersion="18" ma:contentTypeDescription="Opret et nyt dokument." ma:contentTypeScope="" ma:versionID="3e565d9473e891176b4e57b923e6f320">
  <xsd:schema xmlns:xsd="http://www.w3.org/2001/XMLSchema" xmlns:xs="http://www.w3.org/2001/XMLSchema" xmlns:p="http://schemas.microsoft.com/office/2006/metadata/properties" xmlns:ns2="8dcee066-3a34-4e8c-a93c-3be82b049706" xmlns:ns3="49f78d69-f27c-4dfc-b36e-9568fb6f63d0" targetNamespace="http://schemas.microsoft.com/office/2006/metadata/properties" ma:root="true" ma:fieldsID="213dd8face38d1dfc0eef09564e2ec99" ns2:_="" ns3:_="">
    <xsd:import namespace="8dcee066-3a34-4e8c-a93c-3be82b049706"/>
    <xsd:import namespace="49f78d69-f27c-4dfc-b36e-9568fb6f63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Herkanbudget_x002d_og_x00f8_konomiansvarligefindes" minOccurs="0"/>
                <xsd:element ref="ns2:R_x00e6_kkef_x00f8_l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ee066-3a34-4e8c-a93c-3be82b0497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cb3522e8-ca11-4ca5-941d-257a03f87b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erkanbudget_x002d_og_x00f8_konomiansvarligefindes" ma:index="23" nillable="true" ma:displayName="Information" ma:format="Dropdown" ma:internalName="Herkanbudget_x002d_og_x00f8_konomiansvarligefindes">
      <xsd:simpleType>
        <xsd:restriction base="dms:Text">
          <xsd:maxLength value="255"/>
        </xsd:restriction>
      </xsd:simpleType>
    </xsd:element>
    <xsd:element name="R_x00e6_kkef_x00f8_lge" ma:index="24" nillable="true" ma:displayName="Rækkefølge" ma:format="Dropdown" ma:internalName="R_x00e6_kkef_x00f8_lg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78d69-f27c-4dfc-b36e-9568fb6f63d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2a3e7f1-bd3d-4d90-9f7c-23f6b3d89a0a}" ma:internalName="TaxCatchAll" ma:showField="CatchAllData" ma:web="49f78d69-f27c-4dfc-b36e-9568fb6f63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83C65F-CA38-48BC-92B4-D2D5BEC30E39}">
  <ds:schemaRefs>
    <ds:schemaRef ds:uri="http://schemas.microsoft.com/office/2006/metadata/properties"/>
    <ds:schemaRef ds:uri="http://schemas.microsoft.com/office/infopath/2007/PartnerControls"/>
    <ds:schemaRef ds:uri="8dcee066-3a34-4e8c-a93c-3be82b049706"/>
    <ds:schemaRef ds:uri="49f78d69-f27c-4dfc-b36e-9568fb6f63d0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BC477C-CA17-4718-BCEE-15ED31B1E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ee066-3a34-4e8c-a93c-3be82b049706"/>
    <ds:schemaRef ds:uri="49f78d69-f27c-4dfc-b36e-9568fb6f63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DA9A14-C036-4233-B2C4-A66420F5B89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477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Thinggaard Madsen (ATHI) | VIA</dc:creator>
  <cp:keywords/>
  <dc:description>generated by python-docx</dc:description>
  <cp:lastModifiedBy>Line Møller Daugaard</cp:lastModifiedBy>
  <cp:revision>2</cp:revision>
  <dcterms:created xsi:type="dcterms:W3CDTF">2026-09-30T08:24:00Z</dcterms:created>
  <dcterms:modified xsi:type="dcterms:W3CDTF">2026-09-30T08:24:00Z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0x01010047FFEF82C8A61E41815DB7312F67C9FF</vt:lpwstr>
  </property>
  <property fmtid="{D5CDD505-2E9C-101B-9397-08002B2CF9AE}" pid="3" name="MediaServiceImageTags">
    <vt:lpwstr/>
  </property>
</Properties>
</file>